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25ED2" w14:textId="77777777" w:rsidR="000060CC" w:rsidRPr="004420CC" w:rsidRDefault="004F31C5">
      <w:pPr>
        <w:spacing w:after="0"/>
        <w:jc w:val="center"/>
        <w:rPr>
          <w:rFonts w:ascii="Arial Narrow" w:hAnsi="Arial Narrow"/>
          <w:sz w:val="28"/>
          <w:szCs w:val="28"/>
          <w:lang w:val="sl-SI"/>
        </w:rPr>
      </w:pPr>
      <w:bookmarkStart w:id="0" w:name="_GoBack"/>
      <w:bookmarkEnd w:id="0"/>
      <w:r w:rsidRPr="004420CC">
        <w:rPr>
          <w:rFonts w:ascii="Arial Narrow" w:hAnsi="Arial Narrow"/>
          <w:b/>
          <w:sz w:val="28"/>
          <w:szCs w:val="28"/>
          <w:lang w:val="sl-SI"/>
        </w:rPr>
        <w:t>PRIJAVNICA ZA SKUPINSKO REHABILITACIJO USTANOVE MALI VITEZ</w:t>
      </w:r>
    </w:p>
    <w:p w14:paraId="294C6818" w14:textId="77777777" w:rsidR="000060CC" w:rsidRPr="004420CC" w:rsidRDefault="004F31C5">
      <w:pPr>
        <w:spacing w:after="200"/>
        <w:jc w:val="center"/>
        <w:rPr>
          <w:rFonts w:ascii="Arial Narrow" w:hAnsi="Arial Narrow"/>
          <w:sz w:val="28"/>
          <w:szCs w:val="28"/>
          <w:lang w:val="sl-SI"/>
        </w:rPr>
      </w:pPr>
      <w:r w:rsidRPr="004420CC">
        <w:rPr>
          <w:rFonts w:ascii="Arial Narrow" w:hAnsi="Arial Narrow"/>
          <w:b/>
          <w:sz w:val="28"/>
          <w:szCs w:val="28"/>
          <w:lang w:val="sl-SI"/>
        </w:rPr>
        <w:t>v TERMAH OLIMIA OD 19. 10. DO 25. 10. 2026</w:t>
      </w:r>
    </w:p>
    <w:p w14:paraId="22F93E14" w14:textId="77777777" w:rsidR="00202F09" w:rsidRPr="00202F09" w:rsidRDefault="00202F09" w:rsidP="00202F09">
      <w:pPr>
        <w:spacing w:after="0"/>
        <w:rPr>
          <w:rFonts w:ascii="Arial Narrow" w:hAnsi="Arial Narrow"/>
          <w:sz w:val="22"/>
          <w:lang w:val="sl-SI"/>
        </w:rPr>
      </w:pPr>
    </w:p>
    <w:p w14:paraId="73423755" w14:textId="63DCA6D6"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Spodaj podpisani/-a se prijavljam kot kandidat za udeležbo na skupinski rehabilitaciji UMV v času od 19. do 25. 10. 2026:</w:t>
      </w:r>
    </w:p>
    <w:p w14:paraId="02B1954E" w14:textId="77777777" w:rsidR="00202F09" w:rsidRPr="00202F09" w:rsidRDefault="00202F09" w:rsidP="00202F09">
      <w:pPr>
        <w:spacing w:after="0"/>
        <w:rPr>
          <w:rFonts w:ascii="Arial Narrow" w:hAnsi="Arial Narrow"/>
          <w:sz w:val="22"/>
          <w:lang w:val="sl-SI"/>
        </w:rPr>
      </w:pPr>
    </w:p>
    <w:p w14:paraId="4E51B72E" w14:textId="4ECF530A"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IME in PRIIMEK: ………………………………………………………………………………………………………………</w:t>
      </w:r>
    </w:p>
    <w:p w14:paraId="76C9BE7B" w14:textId="77777777" w:rsidR="00202F09" w:rsidRPr="00202F09" w:rsidRDefault="00202F09" w:rsidP="00202F09">
      <w:pPr>
        <w:spacing w:after="0"/>
        <w:rPr>
          <w:rFonts w:ascii="Arial Narrow" w:hAnsi="Arial Narrow"/>
          <w:sz w:val="22"/>
          <w:lang w:val="sl-SI"/>
        </w:rPr>
      </w:pPr>
    </w:p>
    <w:p w14:paraId="00272C70" w14:textId="71B98FAC" w:rsidR="00202F09" w:rsidRDefault="004F31C5" w:rsidP="00202F09">
      <w:pPr>
        <w:spacing w:after="0"/>
        <w:rPr>
          <w:rFonts w:ascii="Arial Narrow" w:hAnsi="Arial Narrow"/>
          <w:sz w:val="22"/>
          <w:lang w:val="sl-SI"/>
        </w:rPr>
      </w:pPr>
      <w:r w:rsidRPr="00202F09">
        <w:rPr>
          <w:rFonts w:ascii="Arial Narrow" w:hAnsi="Arial Narrow"/>
          <w:sz w:val="22"/>
          <w:lang w:val="sl-SI"/>
        </w:rPr>
        <w:t xml:space="preserve">NASLOV: (ulica, hišna št., kraj, poštna št. in ime pošte): </w:t>
      </w:r>
    </w:p>
    <w:p w14:paraId="5C45C03E" w14:textId="77777777" w:rsidR="004420CC" w:rsidRPr="00202F09" w:rsidRDefault="004420CC" w:rsidP="00202F09">
      <w:pPr>
        <w:spacing w:after="0"/>
        <w:rPr>
          <w:rFonts w:ascii="Arial Narrow" w:hAnsi="Arial Narrow"/>
          <w:sz w:val="22"/>
          <w:lang w:val="sl-SI"/>
        </w:rPr>
      </w:pPr>
    </w:p>
    <w:p w14:paraId="7FDE706E" w14:textId="77777777" w:rsidR="00202F09" w:rsidRPr="00202F09" w:rsidRDefault="00202F09" w:rsidP="00202F09">
      <w:pPr>
        <w:spacing w:after="0"/>
        <w:rPr>
          <w:rFonts w:ascii="Arial Narrow" w:hAnsi="Arial Narrow"/>
          <w:sz w:val="22"/>
          <w:lang w:val="sl-SI"/>
        </w:rPr>
      </w:pPr>
      <w:r w:rsidRPr="00202F09">
        <w:rPr>
          <w:rFonts w:ascii="Arial Narrow" w:hAnsi="Arial Narrow"/>
          <w:sz w:val="22"/>
          <w:lang w:val="sl-SI"/>
        </w:rPr>
        <w:t>…………………………………………………………………………………………….…………………………………….….</w:t>
      </w:r>
    </w:p>
    <w:p w14:paraId="17AB3970" w14:textId="77777777" w:rsidR="00202F09" w:rsidRPr="00202F09" w:rsidRDefault="00202F09" w:rsidP="00202F09">
      <w:pPr>
        <w:spacing w:after="0"/>
        <w:rPr>
          <w:rFonts w:ascii="Arial Narrow" w:hAnsi="Arial Narrow"/>
          <w:sz w:val="22"/>
          <w:lang w:val="sl-SI"/>
        </w:rPr>
      </w:pPr>
    </w:p>
    <w:p w14:paraId="3E467F8C" w14:textId="349D7556"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w:t>
      </w:r>
    </w:p>
    <w:p w14:paraId="05980136" w14:textId="77777777" w:rsidR="00202F09" w:rsidRPr="00202F09" w:rsidRDefault="00202F09" w:rsidP="00202F09">
      <w:pPr>
        <w:spacing w:after="0"/>
        <w:rPr>
          <w:rFonts w:ascii="Arial Narrow" w:hAnsi="Arial Narrow"/>
          <w:sz w:val="22"/>
          <w:lang w:val="sl-SI"/>
        </w:rPr>
      </w:pPr>
    </w:p>
    <w:p w14:paraId="3197E378" w14:textId="138C39F4"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e-naslov: …………………………………………………….. telefon: ……………………………………………………….</w:t>
      </w:r>
    </w:p>
    <w:p w14:paraId="5DBB2724" w14:textId="77777777" w:rsidR="00202F09" w:rsidRPr="00202F09" w:rsidRDefault="00202F09" w:rsidP="00202F09">
      <w:pPr>
        <w:spacing w:after="0"/>
        <w:rPr>
          <w:rFonts w:ascii="Arial Narrow" w:hAnsi="Arial Narrow"/>
          <w:sz w:val="22"/>
          <w:lang w:val="sl-SI"/>
        </w:rPr>
      </w:pPr>
    </w:p>
    <w:p w14:paraId="2AFE429E" w14:textId="1EC74552"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Ali boš imel spremstvo osebnega asistenta zaradi invalidnosti? (Obkroži.)    A. Da.    B. Ne.</w:t>
      </w:r>
    </w:p>
    <w:p w14:paraId="034847F8" w14:textId="77777777" w:rsidR="00202F09" w:rsidRPr="00202F09" w:rsidRDefault="00202F09" w:rsidP="00202F09">
      <w:pPr>
        <w:spacing w:after="0"/>
        <w:rPr>
          <w:rFonts w:ascii="Arial Narrow" w:hAnsi="Arial Narrow"/>
          <w:sz w:val="22"/>
          <w:lang w:val="sl-SI"/>
        </w:rPr>
      </w:pPr>
    </w:p>
    <w:p w14:paraId="774E80EF" w14:textId="6FD96D70"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Če prijavljaš spremstvo osebnega asistenta v zdravilišču, navedi še njegove podatke:</w:t>
      </w:r>
    </w:p>
    <w:p w14:paraId="4BE27E98" w14:textId="77777777" w:rsidR="00202F09" w:rsidRPr="00202F09" w:rsidRDefault="00202F09" w:rsidP="00202F09">
      <w:pPr>
        <w:spacing w:after="0"/>
        <w:rPr>
          <w:rFonts w:ascii="Arial Narrow" w:hAnsi="Arial Narrow"/>
          <w:sz w:val="22"/>
          <w:lang w:val="sl-SI"/>
        </w:rPr>
      </w:pPr>
    </w:p>
    <w:p w14:paraId="19B5535A" w14:textId="06FDA653"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IME in PRIIMEK : …………………………………………………………………………………</w:t>
      </w:r>
    </w:p>
    <w:p w14:paraId="0DAA4CA8" w14:textId="77777777" w:rsidR="00202F09" w:rsidRPr="00202F09" w:rsidRDefault="00202F09" w:rsidP="00202F09">
      <w:pPr>
        <w:spacing w:after="0"/>
        <w:rPr>
          <w:rFonts w:ascii="Arial Narrow" w:hAnsi="Arial Narrow"/>
          <w:sz w:val="22"/>
          <w:lang w:val="sl-SI"/>
        </w:rPr>
      </w:pPr>
    </w:p>
    <w:p w14:paraId="5C4B675B" w14:textId="4B1F5FC8"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Njegov POŠTNI NASLOV: ……………………………………………………………………………………………………..</w:t>
      </w:r>
    </w:p>
    <w:p w14:paraId="41FCA17E" w14:textId="77777777" w:rsidR="00202F09" w:rsidRPr="00202F09" w:rsidRDefault="00202F09" w:rsidP="00202F09">
      <w:pPr>
        <w:spacing w:after="0"/>
        <w:rPr>
          <w:rFonts w:ascii="Arial Narrow" w:hAnsi="Arial Narrow"/>
          <w:sz w:val="22"/>
          <w:lang w:val="sl-SI"/>
        </w:rPr>
      </w:pPr>
    </w:p>
    <w:p w14:paraId="53C8E8B9" w14:textId="594B8A11"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Ali zaradi invalidnosti potrebuješ hotelsko namestitev skupaj z osebnim asistentom ali skrbnikom v dvoposteljni sobi?</w:t>
      </w:r>
      <w:r w:rsidRPr="00202F09">
        <w:rPr>
          <w:rFonts w:ascii="Arial Narrow" w:hAnsi="Arial Narrow"/>
          <w:sz w:val="22"/>
          <w:lang w:val="sl-SI"/>
        </w:rPr>
        <w:br/>
        <w:t>(Obkroži.)    A. Potrebujem.    B. Ne potrebujem.</w:t>
      </w:r>
    </w:p>
    <w:p w14:paraId="1A06EED8" w14:textId="77777777" w:rsidR="00202F09" w:rsidRPr="00202F09" w:rsidRDefault="00202F09" w:rsidP="00202F09">
      <w:pPr>
        <w:spacing w:after="0"/>
        <w:rPr>
          <w:rFonts w:ascii="Arial Narrow" w:hAnsi="Arial Narrow"/>
          <w:sz w:val="22"/>
          <w:lang w:val="sl-SI"/>
        </w:rPr>
      </w:pPr>
    </w:p>
    <w:p w14:paraId="5D94D2CD" w14:textId="13CC2728"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Ali za udeležbo na skupinski rehabilitaciji potrebuješ bolniški stalež? (Obkroži.)    A. Potrebujem.    B. Ne potrebujem.</w:t>
      </w:r>
    </w:p>
    <w:p w14:paraId="4A56FF6C" w14:textId="77777777" w:rsidR="00202F09" w:rsidRPr="00202F09" w:rsidRDefault="00202F09" w:rsidP="00202F09">
      <w:pPr>
        <w:spacing w:after="0"/>
        <w:rPr>
          <w:rFonts w:ascii="Arial Narrow" w:hAnsi="Arial Narrow"/>
          <w:sz w:val="22"/>
          <w:lang w:val="sl-SI"/>
        </w:rPr>
      </w:pPr>
    </w:p>
    <w:p w14:paraId="1DA2C527" w14:textId="77777777" w:rsidR="00202F09" w:rsidRPr="00202F09" w:rsidRDefault="004F31C5" w:rsidP="00202F09">
      <w:pPr>
        <w:spacing w:after="0"/>
        <w:rPr>
          <w:rFonts w:ascii="Arial Narrow" w:hAnsi="Arial Narrow"/>
          <w:sz w:val="22"/>
          <w:lang w:val="sl-SI"/>
        </w:rPr>
      </w:pPr>
      <w:r w:rsidRPr="00202F09">
        <w:rPr>
          <w:rFonts w:ascii="Arial Narrow" w:hAnsi="Arial Narrow"/>
          <w:sz w:val="22"/>
          <w:lang w:val="sl-SI"/>
        </w:rPr>
        <w:t>Ali se strinjaš z objavo fotografij, posnetih na skupinski rehabilitaciji, na spletni strani UMV. (Obkroži.)</w:t>
      </w:r>
      <w:r w:rsidRPr="00202F09">
        <w:rPr>
          <w:rFonts w:ascii="Arial Narrow" w:hAnsi="Arial Narrow"/>
          <w:sz w:val="22"/>
          <w:lang w:val="sl-SI"/>
        </w:rPr>
        <w:br/>
      </w:r>
    </w:p>
    <w:p w14:paraId="3167FB42" w14:textId="0691ACE7"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A. Se strinjam.    B. Se ne strinjam.</w:t>
      </w:r>
    </w:p>
    <w:p w14:paraId="2164E234" w14:textId="77777777" w:rsidR="00202F09" w:rsidRPr="00202F09" w:rsidRDefault="00202F09" w:rsidP="00202F09">
      <w:pPr>
        <w:spacing w:after="0"/>
        <w:rPr>
          <w:rFonts w:ascii="Arial Narrow" w:hAnsi="Arial Narrow"/>
          <w:sz w:val="22"/>
          <w:lang w:val="sl-SI"/>
        </w:rPr>
      </w:pPr>
    </w:p>
    <w:p w14:paraId="7D1EE552" w14:textId="08723B98"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Ali si želiš namestitev skupaj z določenim vitezom v istem apartmaju? (Obkroži.)    A. Da.    B. Ne.</w:t>
      </w:r>
    </w:p>
    <w:p w14:paraId="50E51691" w14:textId="77777777" w:rsidR="00202F09" w:rsidRPr="00202F09" w:rsidRDefault="00202F09" w:rsidP="00202F09">
      <w:pPr>
        <w:spacing w:after="0"/>
        <w:rPr>
          <w:rFonts w:ascii="Arial Narrow" w:hAnsi="Arial Narrow"/>
          <w:sz w:val="22"/>
          <w:lang w:val="sl-SI"/>
        </w:rPr>
      </w:pPr>
    </w:p>
    <w:p w14:paraId="25506C88" w14:textId="3646B045"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Če DA, napiši, s kom: ……………………………………………………………………………………………………..</w:t>
      </w:r>
    </w:p>
    <w:p w14:paraId="2629961F" w14:textId="77777777" w:rsidR="00202F09" w:rsidRPr="00202F09" w:rsidRDefault="00202F09" w:rsidP="00202F09">
      <w:pPr>
        <w:spacing w:after="0"/>
        <w:rPr>
          <w:rFonts w:ascii="Arial Narrow" w:hAnsi="Arial Narrow"/>
          <w:i/>
          <w:sz w:val="22"/>
          <w:lang w:val="sl-SI"/>
        </w:rPr>
      </w:pPr>
    </w:p>
    <w:p w14:paraId="19606D0F" w14:textId="7F9F87CC" w:rsidR="000060CC" w:rsidRPr="00202F09" w:rsidRDefault="004F31C5" w:rsidP="00202F09">
      <w:pPr>
        <w:spacing w:after="0"/>
        <w:rPr>
          <w:rFonts w:ascii="Arial Narrow" w:hAnsi="Arial Narrow"/>
          <w:sz w:val="22"/>
          <w:lang w:val="sl-SI"/>
        </w:rPr>
      </w:pPr>
      <w:r w:rsidRPr="00202F09">
        <w:rPr>
          <w:rFonts w:ascii="Arial Narrow" w:hAnsi="Arial Narrow"/>
          <w:i/>
          <w:sz w:val="22"/>
          <w:lang w:val="sl-SI"/>
        </w:rPr>
        <w:t>*Opomba: Želja o namestitvi v isti apartma z navedenim vitezom za UMV ni zavezujoča.</w:t>
      </w:r>
    </w:p>
    <w:p w14:paraId="19F04B0E" w14:textId="77777777" w:rsidR="00202F09" w:rsidRPr="00202F09" w:rsidRDefault="00202F09" w:rsidP="00202F09">
      <w:pPr>
        <w:spacing w:after="0"/>
        <w:rPr>
          <w:rFonts w:ascii="Arial Narrow" w:hAnsi="Arial Narrow"/>
          <w:b/>
          <w:sz w:val="22"/>
          <w:lang w:val="sl-SI"/>
        </w:rPr>
      </w:pPr>
    </w:p>
    <w:p w14:paraId="0C222C8A" w14:textId="77777777" w:rsidR="00202F09" w:rsidRDefault="00202F09" w:rsidP="00202F09">
      <w:pPr>
        <w:spacing w:after="0"/>
        <w:rPr>
          <w:rFonts w:ascii="Arial Narrow" w:hAnsi="Arial Narrow"/>
          <w:b/>
          <w:sz w:val="22"/>
          <w:lang w:val="sl-SI"/>
        </w:rPr>
      </w:pPr>
    </w:p>
    <w:p w14:paraId="23448F26" w14:textId="3A37DCE6" w:rsidR="000060CC" w:rsidRPr="00202F09" w:rsidRDefault="004F31C5" w:rsidP="00202F09">
      <w:pPr>
        <w:spacing w:after="0"/>
        <w:rPr>
          <w:rFonts w:ascii="Arial Narrow" w:hAnsi="Arial Narrow"/>
          <w:sz w:val="22"/>
          <w:lang w:val="sl-SI"/>
        </w:rPr>
      </w:pPr>
      <w:r w:rsidRPr="00202F09">
        <w:rPr>
          <w:rFonts w:ascii="Arial Narrow" w:hAnsi="Arial Narrow"/>
          <w:b/>
          <w:sz w:val="22"/>
          <w:lang w:val="sl-SI"/>
        </w:rPr>
        <w:t>ZAVEZA PRIJAVITELJA ZA UDELEŽBO NA SKUPINSKI REHABILITACIJI</w:t>
      </w:r>
    </w:p>
    <w:p w14:paraId="18346F36" w14:textId="77777777"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S podpisom potrjujem, da:</w:t>
      </w:r>
    </w:p>
    <w:p w14:paraId="2E9B2C41" w14:textId="77777777"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1. sprejemam pogoje UMV za vključitev na skupinsko rehabilitacijo in bom upošteval smernice o vedenju, ki so objavljene v razpisu;</w:t>
      </w:r>
    </w:p>
    <w:p w14:paraId="11FD97F3" w14:textId="77777777"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2. če bi po oddaji prijavnice prišlo do nepredvidljivih okoliščin, kot so na primer nenadno poslabšanja zdravja, akutna bolezen ali poškodba, in se zaradi tega ne bi mogel udeležiti rehabilitacije, bom to nemudoma sporočil na naslov UMV;</w:t>
      </w:r>
    </w:p>
    <w:p w14:paraId="48BB130D" w14:textId="77777777"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3. bom prišel na predavanje o prehrani in na kineziološke vaje.</w:t>
      </w:r>
    </w:p>
    <w:p w14:paraId="5F9479CA" w14:textId="77777777" w:rsidR="00202F09" w:rsidRPr="00202F09" w:rsidRDefault="00202F09" w:rsidP="00202F09">
      <w:pPr>
        <w:spacing w:after="0"/>
        <w:rPr>
          <w:rFonts w:ascii="Arial Narrow" w:hAnsi="Arial Narrow"/>
          <w:sz w:val="22"/>
          <w:lang w:val="sl-SI"/>
        </w:rPr>
      </w:pPr>
    </w:p>
    <w:p w14:paraId="13FBB412" w14:textId="77777777" w:rsidR="00202F09" w:rsidRDefault="00202F09" w:rsidP="00202F09">
      <w:pPr>
        <w:spacing w:after="0"/>
        <w:rPr>
          <w:rFonts w:ascii="Arial Narrow" w:hAnsi="Arial Narrow"/>
          <w:sz w:val="22"/>
          <w:lang w:val="sl-SI"/>
        </w:rPr>
      </w:pPr>
    </w:p>
    <w:p w14:paraId="4BD6C864" w14:textId="2019AC82"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Kraj in datum podpisa: …………..………………………………………</w:t>
      </w:r>
    </w:p>
    <w:p w14:paraId="50E29923" w14:textId="77777777" w:rsidR="00202F09" w:rsidRPr="00202F09" w:rsidRDefault="00202F09" w:rsidP="00202F09">
      <w:pPr>
        <w:spacing w:after="0"/>
        <w:rPr>
          <w:rFonts w:ascii="Arial Narrow" w:hAnsi="Arial Narrow"/>
          <w:sz w:val="22"/>
          <w:lang w:val="sl-SI"/>
        </w:rPr>
      </w:pPr>
    </w:p>
    <w:p w14:paraId="09D28909" w14:textId="5E11186B" w:rsidR="000060CC" w:rsidRPr="00202F09" w:rsidRDefault="004F31C5" w:rsidP="00202F09">
      <w:pPr>
        <w:spacing w:after="0"/>
        <w:rPr>
          <w:rFonts w:ascii="Arial Narrow" w:hAnsi="Arial Narrow"/>
          <w:sz w:val="22"/>
          <w:lang w:val="sl-SI"/>
        </w:rPr>
      </w:pPr>
      <w:r w:rsidRPr="00202F09">
        <w:rPr>
          <w:rFonts w:ascii="Arial Narrow" w:hAnsi="Arial Narrow"/>
          <w:sz w:val="22"/>
          <w:lang w:val="sl-SI"/>
        </w:rPr>
        <w:t>Podpis: ………………………………………</w:t>
      </w:r>
    </w:p>
    <w:sectPr w:rsidR="000060CC" w:rsidRPr="00202F09" w:rsidSect="00034616">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CC"/>
    <w:rsid w:val="00034616"/>
    <w:rsid w:val="0006063C"/>
    <w:rsid w:val="0015074B"/>
    <w:rsid w:val="00151668"/>
    <w:rsid w:val="00202F09"/>
    <w:rsid w:val="002453F6"/>
    <w:rsid w:val="0029639D"/>
    <w:rsid w:val="00326F90"/>
    <w:rsid w:val="004420CC"/>
    <w:rsid w:val="004F31C5"/>
    <w:rsid w:val="005374D5"/>
    <w:rsid w:val="00554C33"/>
    <w:rsid w:val="00685702"/>
    <w:rsid w:val="00AA1D8D"/>
    <w:rsid w:val="00B47730"/>
    <w:rsid w:val="00CB0664"/>
    <w:rsid w:val="00F463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4C153"/>
  <w14:defaultImageDpi w14:val="300"/>
  <w15:docId w15:val="{B39F9EA6-6A80-41A7-8999-41A99D17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40"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208CA-FF5B-4AF3-A92E-F3E44677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2</cp:revision>
  <dcterms:created xsi:type="dcterms:W3CDTF">2026-09-02T06:26:00Z</dcterms:created>
  <dcterms:modified xsi:type="dcterms:W3CDTF">2026-09-02T06:26:00Z</dcterms:modified>
  <cp:category/>
</cp:coreProperties>
</file>