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B9E366" w14:textId="77777777" w:rsidR="00007BFD" w:rsidRPr="00FC4A6E" w:rsidRDefault="005E082D">
      <w:pPr>
        <w:spacing w:after="0"/>
        <w:jc w:val="center"/>
        <w:rPr>
          <w:rFonts w:ascii="Arial Narrow" w:hAnsi="Arial Narrow"/>
          <w:sz w:val="28"/>
          <w:szCs w:val="28"/>
          <w:lang w:val="sl-SI"/>
        </w:rPr>
      </w:pPr>
      <w:r w:rsidRPr="00FC4A6E">
        <w:rPr>
          <w:rFonts w:ascii="Arial Narrow" w:hAnsi="Arial Narrow"/>
          <w:b/>
          <w:sz w:val="28"/>
          <w:szCs w:val="28"/>
          <w:lang w:val="sl-SI"/>
        </w:rPr>
        <w:t>RAZPIS ZA SKUPINSKO REHABILITACIJO VITEZOV V TERMAH OLIMIA</w:t>
      </w:r>
    </w:p>
    <w:p w14:paraId="5E557D1F" w14:textId="77777777" w:rsidR="00007BFD" w:rsidRPr="00FC4A6E" w:rsidRDefault="005E082D">
      <w:pPr>
        <w:spacing w:after="200"/>
        <w:jc w:val="center"/>
        <w:rPr>
          <w:rFonts w:ascii="Arial Narrow" w:hAnsi="Arial Narrow"/>
          <w:sz w:val="28"/>
          <w:szCs w:val="28"/>
          <w:lang w:val="sl-SI"/>
        </w:rPr>
      </w:pPr>
      <w:r w:rsidRPr="00FC4A6E">
        <w:rPr>
          <w:rFonts w:ascii="Arial Narrow" w:hAnsi="Arial Narrow"/>
          <w:b/>
          <w:sz w:val="28"/>
          <w:szCs w:val="28"/>
          <w:lang w:val="sl-SI"/>
        </w:rPr>
        <w:t>od 19. do 25. 10. 2026</w:t>
      </w:r>
    </w:p>
    <w:p w14:paraId="1F689D55" w14:textId="77777777" w:rsidR="00FC4A6E" w:rsidRPr="00FC4A6E" w:rsidRDefault="00FC4A6E">
      <w:pPr>
        <w:rPr>
          <w:rFonts w:ascii="Arial Narrow" w:hAnsi="Arial Narrow"/>
          <w:sz w:val="22"/>
          <w:lang w:val="sl-SI"/>
        </w:rPr>
      </w:pPr>
    </w:p>
    <w:p w14:paraId="10ADE987" w14:textId="2AC0884C" w:rsidR="00007BFD" w:rsidRPr="00FC4A6E" w:rsidRDefault="005E082D" w:rsidP="004A1E7D">
      <w:pPr>
        <w:spacing w:after="0"/>
        <w:jc w:val="both"/>
        <w:rPr>
          <w:rFonts w:ascii="Arial Narrow" w:hAnsi="Arial Narrow"/>
          <w:sz w:val="22"/>
          <w:lang w:val="sl-SI"/>
        </w:rPr>
      </w:pPr>
      <w:r w:rsidRPr="00FC4A6E">
        <w:rPr>
          <w:rFonts w:ascii="Arial Narrow" w:hAnsi="Arial Narrow"/>
          <w:sz w:val="22"/>
          <w:lang w:val="sl-SI"/>
        </w:rPr>
        <w:t xml:space="preserve">Ustanova Mali vitez ( UMV ) organizira in subvencionira celostno rehabilitacije za skupino do 27 </w:t>
      </w:r>
      <w:r w:rsidR="00B263C5">
        <w:rPr>
          <w:rFonts w:ascii="Arial Narrow" w:hAnsi="Arial Narrow"/>
          <w:sz w:val="22"/>
          <w:lang w:val="sl-SI"/>
        </w:rPr>
        <w:t>udeležencev</w:t>
      </w:r>
      <w:r w:rsidRPr="00FC4A6E">
        <w:rPr>
          <w:rFonts w:ascii="Arial Narrow" w:hAnsi="Arial Narrow"/>
          <w:sz w:val="22"/>
          <w:lang w:val="sl-SI"/>
        </w:rPr>
        <w:t xml:space="preserve"> v času od 19. do 25. oktobra 2026.</w:t>
      </w:r>
    </w:p>
    <w:p w14:paraId="7ECC5799" w14:textId="77777777" w:rsidR="00FC4A6E" w:rsidRPr="00FC4A6E" w:rsidRDefault="00FC4A6E" w:rsidP="004A1E7D">
      <w:pPr>
        <w:spacing w:after="0"/>
        <w:jc w:val="both"/>
        <w:rPr>
          <w:rFonts w:ascii="Arial Narrow" w:hAnsi="Arial Narrow"/>
          <w:b/>
          <w:sz w:val="22"/>
          <w:lang w:val="sl-SI"/>
        </w:rPr>
      </w:pPr>
    </w:p>
    <w:p w14:paraId="097015B9" w14:textId="3DC1E386" w:rsidR="00007BFD" w:rsidRDefault="005E082D" w:rsidP="004A1E7D">
      <w:pPr>
        <w:spacing w:after="0"/>
        <w:jc w:val="both"/>
        <w:rPr>
          <w:rFonts w:ascii="Arial Narrow" w:hAnsi="Arial Narrow"/>
          <w:sz w:val="22"/>
          <w:lang w:val="sl-SI"/>
        </w:rPr>
      </w:pPr>
      <w:r w:rsidRPr="00FC4A6E">
        <w:rPr>
          <w:rFonts w:ascii="Arial Narrow" w:hAnsi="Arial Narrow"/>
          <w:b/>
          <w:sz w:val="22"/>
          <w:lang w:val="sl-SI"/>
        </w:rPr>
        <w:t>Upravičen</w:t>
      </w:r>
      <w:r w:rsidR="00680A7C">
        <w:rPr>
          <w:rFonts w:ascii="Arial Narrow" w:hAnsi="Arial Narrow"/>
          <w:b/>
          <w:sz w:val="22"/>
          <w:lang w:val="sl-SI"/>
        </w:rPr>
        <w:t xml:space="preserve">i kandidati </w:t>
      </w:r>
      <w:r w:rsidRPr="00FC4A6E">
        <w:rPr>
          <w:rFonts w:ascii="Arial Narrow" w:hAnsi="Arial Narrow"/>
          <w:b/>
          <w:sz w:val="22"/>
          <w:lang w:val="sl-SI"/>
        </w:rPr>
        <w:t xml:space="preserve">za prijavo </w:t>
      </w:r>
      <w:r w:rsidR="00DA518B">
        <w:rPr>
          <w:rFonts w:ascii="Arial Narrow" w:hAnsi="Arial Narrow"/>
          <w:b/>
          <w:sz w:val="22"/>
          <w:lang w:val="sl-SI"/>
        </w:rPr>
        <w:t>na skupinsko rehabiltacijo</w:t>
      </w:r>
      <w:r w:rsidR="00680A7C">
        <w:rPr>
          <w:rFonts w:ascii="Arial Narrow" w:hAnsi="Arial Narrow"/>
          <w:b/>
          <w:sz w:val="22"/>
          <w:lang w:val="sl-SI"/>
        </w:rPr>
        <w:t xml:space="preserve"> so vitezi </w:t>
      </w:r>
      <w:r w:rsidRPr="00FC4A6E">
        <w:rPr>
          <w:rFonts w:ascii="Arial Narrow" w:hAnsi="Arial Narrow"/>
          <w:sz w:val="22"/>
          <w:lang w:val="sl-SI"/>
        </w:rPr>
        <w:t xml:space="preserve"> (osebe, zdravljene zaradi raka pred 19. letom starosti in s stalnim prebivališčem v R Sloveniji)</w:t>
      </w:r>
      <w:r w:rsidR="00680A7C">
        <w:rPr>
          <w:rFonts w:ascii="Arial Narrow" w:hAnsi="Arial Narrow"/>
          <w:sz w:val="22"/>
          <w:lang w:val="sl-SI"/>
        </w:rPr>
        <w:t xml:space="preserve"> in njihovi osebni asistenti</w:t>
      </w:r>
      <w:r w:rsidR="00DE5702">
        <w:rPr>
          <w:rFonts w:ascii="Arial Narrow" w:hAnsi="Arial Narrow"/>
          <w:sz w:val="22"/>
          <w:lang w:val="sl-SI"/>
        </w:rPr>
        <w:t>. ki</w:t>
      </w:r>
      <w:r w:rsidR="00DA518B">
        <w:rPr>
          <w:rFonts w:ascii="Arial Narrow" w:hAnsi="Arial Narrow"/>
          <w:sz w:val="22"/>
          <w:lang w:val="sl-SI"/>
        </w:rPr>
        <w:t xml:space="preserve"> </w:t>
      </w:r>
      <w:r w:rsidR="00680A7C">
        <w:rPr>
          <w:rFonts w:ascii="Arial Narrow" w:hAnsi="Arial Narrow"/>
          <w:sz w:val="22"/>
          <w:lang w:val="sl-SI"/>
        </w:rPr>
        <w:t>niso bili vključeni</w:t>
      </w:r>
      <w:r w:rsidR="00DE5702">
        <w:rPr>
          <w:rFonts w:ascii="Arial Narrow" w:hAnsi="Arial Narrow"/>
          <w:sz w:val="22"/>
          <w:lang w:val="sl-SI"/>
        </w:rPr>
        <w:t xml:space="preserve"> že</w:t>
      </w:r>
      <w:r w:rsidR="00680A7C">
        <w:rPr>
          <w:rFonts w:ascii="Arial Narrow" w:hAnsi="Arial Narrow"/>
          <w:sz w:val="22"/>
          <w:lang w:val="sl-SI"/>
        </w:rPr>
        <w:t xml:space="preserve"> v spomladansko skupinsko rehabilitacijo</w:t>
      </w:r>
      <w:r w:rsidRPr="00FC4A6E">
        <w:rPr>
          <w:rFonts w:ascii="Arial Narrow" w:hAnsi="Arial Narrow"/>
          <w:sz w:val="22"/>
          <w:lang w:val="sl-SI"/>
        </w:rPr>
        <w:t xml:space="preserve">. Prijav za spremljevalce, ki niso  osebni pomočniki </w:t>
      </w:r>
      <w:r w:rsidR="00147B51">
        <w:rPr>
          <w:rFonts w:ascii="Arial Narrow" w:hAnsi="Arial Narrow"/>
          <w:sz w:val="22"/>
          <w:lang w:val="sl-SI"/>
        </w:rPr>
        <w:t xml:space="preserve"> vitezov</w:t>
      </w:r>
      <w:r w:rsidRPr="00FC4A6E">
        <w:rPr>
          <w:rFonts w:ascii="Arial Narrow" w:hAnsi="Arial Narrow"/>
          <w:sz w:val="22"/>
          <w:lang w:val="sl-SI"/>
        </w:rPr>
        <w:t>, ne bomo upoštevali.</w:t>
      </w:r>
    </w:p>
    <w:p w14:paraId="0A5D76FB" w14:textId="77777777" w:rsidR="00342C7B" w:rsidRPr="00FC4A6E" w:rsidRDefault="00342C7B" w:rsidP="004A1E7D">
      <w:pPr>
        <w:spacing w:after="0"/>
        <w:jc w:val="both"/>
        <w:rPr>
          <w:rFonts w:ascii="Arial Narrow" w:hAnsi="Arial Narrow"/>
          <w:sz w:val="22"/>
          <w:lang w:val="sl-SI"/>
        </w:rPr>
      </w:pPr>
    </w:p>
    <w:p w14:paraId="2BFE1314" w14:textId="78A4F9E8" w:rsidR="00007BFD" w:rsidRPr="00FC4A6E" w:rsidRDefault="005E082D" w:rsidP="004A1E7D">
      <w:pPr>
        <w:spacing w:after="0"/>
        <w:jc w:val="both"/>
        <w:rPr>
          <w:rFonts w:ascii="Arial Narrow" w:hAnsi="Arial Narrow"/>
          <w:sz w:val="22"/>
          <w:lang w:val="sl-SI"/>
        </w:rPr>
      </w:pPr>
      <w:r w:rsidRPr="00FC4A6E">
        <w:rPr>
          <w:rFonts w:ascii="Arial Narrow" w:hAnsi="Arial Narrow"/>
          <w:sz w:val="22"/>
          <w:lang w:val="sl-SI"/>
        </w:rPr>
        <w:t xml:space="preserve">Program celostne rehabilitacije je namenjen izobraževanju in </w:t>
      </w:r>
      <w:r w:rsidR="00DA518B">
        <w:rPr>
          <w:rFonts w:ascii="Arial Narrow" w:hAnsi="Arial Narrow"/>
          <w:sz w:val="22"/>
          <w:lang w:val="sl-SI"/>
        </w:rPr>
        <w:t>opolnomočenju</w:t>
      </w:r>
      <w:r w:rsidRPr="00FC4A6E">
        <w:rPr>
          <w:rFonts w:ascii="Arial Narrow" w:hAnsi="Arial Narrow"/>
          <w:sz w:val="22"/>
          <w:lang w:val="sl-SI"/>
        </w:rPr>
        <w:t xml:space="preserve"> vitezov za odpravljanj</w:t>
      </w:r>
      <w:r w:rsidR="00DA518B">
        <w:rPr>
          <w:rFonts w:ascii="Arial Narrow" w:hAnsi="Arial Narrow"/>
          <w:sz w:val="22"/>
          <w:lang w:val="sl-SI"/>
        </w:rPr>
        <w:t>e in</w:t>
      </w:r>
      <w:r w:rsidRPr="00FC4A6E">
        <w:rPr>
          <w:rFonts w:ascii="Arial Narrow" w:hAnsi="Arial Narrow"/>
          <w:sz w:val="22"/>
          <w:lang w:val="sl-SI"/>
        </w:rPr>
        <w:t xml:space="preserve"> preprečevanj</w:t>
      </w:r>
      <w:r w:rsidR="00DA518B">
        <w:rPr>
          <w:rFonts w:ascii="Arial Narrow" w:hAnsi="Arial Narrow"/>
          <w:sz w:val="22"/>
          <w:lang w:val="sl-SI"/>
        </w:rPr>
        <w:t>e</w:t>
      </w:r>
      <w:r w:rsidRPr="00FC4A6E">
        <w:rPr>
          <w:rFonts w:ascii="Arial Narrow" w:hAnsi="Arial Narrow"/>
          <w:sz w:val="22"/>
          <w:lang w:val="sl-SI"/>
        </w:rPr>
        <w:t xml:space="preserve"> zdravstvenih težav. Sobivanje v zdravilišču je tudi priložnost za tovariško sodelovanje in razvoj prijateljskih odnosov z drugimi udeleženci.</w:t>
      </w:r>
    </w:p>
    <w:p w14:paraId="4D2EBAEF" w14:textId="5E219B58" w:rsidR="00007BFD" w:rsidRPr="00FC4A6E" w:rsidRDefault="00147B51" w:rsidP="004A1E7D">
      <w:pPr>
        <w:spacing w:after="0"/>
        <w:jc w:val="both"/>
        <w:rPr>
          <w:rFonts w:ascii="Arial Narrow" w:hAnsi="Arial Narrow"/>
          <w:sz w:val="22"/>
          <w:lang w:val="sl-SI"/>
        </w:rPr>
      </w:pPr>
      <w:r>
        <w:rPr>
          <w:rFonts w:ascii="Arial Narrow" w:hAnsi="Arial Narrow"/>
          <w:sz w:val="22"/>
          <w:lang w:val="sl-SI"/>
        </w:rPr>
        <w:t>P</w:t>
      </w:r>
      <w:r w:rsidR="005E082D" w:rsidRPr="00FC4A6E">
        <w:rPr>
          <w:rFonts w:ascii="Arial Narrow" w:hAnsi="Arial Narrow"/>
          <w:sz w:val="22"/>
          <w:lang w:val="sl-SI"/>
        </w:rPr>
        <w:t xml:space="preserve">ogoj za vključitev v skupino na rehabilitaciji </w:t>
      </w:r>
      <w:r>
        <w:rPr>
          <w:rFonts w:ascii="Arial Narrow" w:hAnsi="Arial Narrow"/>
          <w:sz w:val="22"/>
          <w:lang w:val="sl-SI"/>
        </w:rPr>
        <w:t xml:space="preserve">je </w:t>
      </w:r>
      <w:r w:rsidR="005E082D" w:rsidRPr="00FC4A6E">
        <w:rPr>
          <w:rFonts w:ascii="Arial Narrow" w:hAnsi="Arial Narrow"/>
          <w:sz w:val="22"/>
          <w:lang w:val="sl-SI"/>
        </w:rPr>
        <w:t xml:space="preserve">tudi podpisana zaveza </w:t>
      </w:r>
      <w:r>
        <w:rPr>
          <w:rFonts w:ascii="Arial Narrow" w:hAnsi="Arial Narrow"/>
          <w:sz w:val="22"/>
          <w:lang w:val="sl-SI"/>
        </w:rPr>
        <w:t>prijaviteljev</w:t>
      </w:r>
      <w:r w:rsidR="005E082D" w:rsidRPr="00FC4A6E">
        <w:rPr>
          <w:rFonts w:ascii="Arial Narrow" w:hAnsi="Arial Narrow"/>
          <w:sz w:val="22"/>
          <w:lang w:val="sl-SI"/>
        </w:rPr>
        <w:t xml:space="preserve">, da so pripravljeni  obvladovati svoje vedenje tako, da bo nemoteče za druge člane skupine in skladno s smernicami za zdravo življenje posameznika in skupnosti. V </w:t>
      </w:r>
      <w:r>
        <w:rPr>
          <w:rFonts w:ascii="Arial Narrow" w:hAnsi="Arial Narrow"/>
          <w:sz w:val="22"/>
          <w:lang w:val="sl-SI"/>
        </w:rPr>
        <w:t xml:space="preserve">skupnih </w:t>
      </w:r>
      <w:r w:rsidR="005E082D" w:rsidRPr="00FC4A6E">
        <w:rPr>
          <w:rFonts w:ascii="Arial Narrow" w:hAnsi="Arial Narrow"/>
          <w:sz w:val="22"/>
          <w:lang w:val="sl-SI"/>
        </w:rPr>
        <w:t>prostorih zdravilišča ni</w:t>
      </w:r>
      <w:r w:rsidR="00DA518B">
        <w:rPr>
          <w:rFonts w:ascii="Arial Narrow" w:hAnsi="Arial Narrow"/>
          <w:sz w:val="22"/>
          <w:lang w:val="sl-SI"/>
        </w:rPr>
        <w:t xml:space="preserve">so </w:t>
      </w:r>
      <w:r w:rsidR="005E082D" w:rsidRPr="00FC4A6E">
        <w:rPr>
          <w:rFonts w:ascii="Arial Narrow" w:hAnsi="Arial Narrow"/>
          <w:sz w:val="22"/>
          <w:lang w:val="sl-SI"/>
        </w:rPr>
        <w:t>dovoljen</w:t>
      </w:r>
      <w:r w:rsidR="00DA518B">
        <w:rPr>
          <w:rFonts w:ascii="Arial Narrow" w:hAnsi="Arial Narrow"/>
          <w:sz w:val="22"/>
          <w:lang w:val="sl-SI"/>
        </w:rPr>
        <w:t>i</w:t>
      </w:r>
      <w:r w:rsidR="005E082D" w:rsidRPr="00FC4A6E">
        <w:rPr>
          <w:rFonts w:ascii="Arial Narrow" w:hAnsi="Arial Narrow"/>
          <w:sz w:val="22"/>
          <w:lang w:val="sl-SI"/>
        </w:rPr>
        <w:t xml:space="preserve"> pitje alkohola, uporaba opojnih substanc </w:t>
      </w:r>
      <w:r w:rsidR="00DA518B">
        <w:rPr>
          <w:rFonts w:ascii="Arial Narrow" w:hAnsi="Arial Narrow"/>
          <w:sz w:val="22"/>
          <w:lang w:val="sl-SI"/>
        </w:rPr>
        <w:t>in</w:t>
      </w:r>
      <w:r w:rsidR="005E082D" w:rsidRPr="00FC4A6E">
        <w:rPr>
          <w:rFonts w:ascii="Arial Narrow" w:hAnsi="Arial Narrow"/>
          <w:sz w:val="22"/>
          <w:lang w:val="sl-SI"/>
        </w:rPr>
        <w:t xml:space="preserve"> kajenje. Prav tako ni</w:t>
      </w:r>
      <w:r>
        <w:rPr>
          <w:rFonts w:ascii="Arial Narrow" w:hAnsi="Arial Narrow"/>
          <w:sz w:val="22"/>
          <w:lang w:val="sl-SI"/>
        </w:rPr>
        <w:t>so</w:t>
      </w:r>
      <w:r w:rsidR="005E082D" w:rsidRPr="00FC4A6E">
        <w:rPr>
          <w:rFonts w:ascii="Arial Narrow" w:hAnsi="Arial Narrow"/>
          <w:sz w:val="22"/>
          <w:lang w:val="sl-SI"/>
        </w:rPr>
        <w:t xml:space="preserve"> dovoljen</w:t>
      </w:r>
      <w:r>
        <w:rPr>
          <w:rFonts w:ascii="Arial Narrow" w:hAnsi="Arial Narrow"/>
          <w:sz w:val="22"/>
          <w:lang w:val="sl-SI"/>
        </w:rPr>
        <w:t>i</w:t>
      </w:r>
      <w:r w:rsidR="005E082D" w:rsidRPr="00FC4A6E">
        <w:rPr>
          <w:rFonts w:ascii="Arial Narrow" w:hAnsi="Arial Narrow"/>
          <w:sz w:val="22"/>
          <w:lang w:val="sl-SI"/>
        </w:rPr>
        <w:t xml:space="preserve"> </w:t>
      </w:r>
      <w:r w:rsidR="00DA518B">
        <w:rPr>
          <w:rFonts w:ascii="Arial Narrow" w:hAnsi="Arial Narrow"/>
          <w:sz w:val="22"/>
          <w:lang w:val="sl-SI"/>
        </w:rPr>
        <w:t>hrupna</w:t>
      </w:r>
      <w:r w:rsidR="005E082D" w:rsidRPr="00FC4A6E">
        <w:rPr>
          <w:rFonts w:ascii="Arial Narrow" w:hAnsi="Arial Narrow"/>
          <w:sz w:val="22"/>
          <w:lang w:val="sl-SI"/>
        </w:rPr>
        <w:t xml:space="preserve"> glasba</w:t>
      </w:r>
      <w:r w:rsidR="00DA518B">
        <w:rPr>
          <w:rFonts w:ascii="Arial Narrow" w:hAnsi="Arial Narrow"/>
          <w:sz w:val="22"/>
          <w:lang w:val="sl-SI"/>
        </w:rPr>
        <w:t xml:space="preserve"> in</w:t>
      </w:r>
      <w:r w:rsidR="005E082D" w:rsidRPr="00FC4A6E">
        <w:rPr>
          <w:rFonts w:ascii="Arial Narrow" w:hAnsi="Arial Narrow"/>
          <w:sz w:val="22"/>
          <w:lang w:val="sl-SI"/>
        </w:rPr>
        <w:t xml:space="preserve"> verbalno </w:t>
      </w:r>
      <w:r>
        <w:rPr>
          <w:rFonts w:ascii="Arial Narrow" w:hAnsi="Arial Narrow"/>
          <w:sz w:val="22"/>
          <w:lang w:val="sl-SI"/>
        </w:rPr>
        <w:t>ali</w:t>
      </w:r>
      <w:r w:rsidRPr="00FC4A6E">
        <w:rPr>
          <w:rFonts w:ascii="Arial Narrow" w:hAnsi="Arial Narrow"/>
          <w:sz w:val="22"/>
          <w:lang w:val="sl-SI"/>
        </w:rPr>
        <w:t xml:space="preserve"> </w:t>
      </w:r>
      <w:r w:rsidR="005E082D" w:rsidRPr="00FC4A6E">
        <w:rPr>
          <w:rFonts w:ascii="Arial Narrow" w:hAnsi="Arial Narrow"/>
          <w:sz w:val="22"/>
          <w:lang w:val="sl-SI"/>
        </w:rPr>
        <w:t>neverbalno nasil</w:t>
      </w:r>
      <w:r w:rsidR="00DA518B">
        <w:rPr>
          <w:rFonts w:ascii="Arial Narrow" w:hAnsi="Arial Narrow"/>
          <w:sz w:val="22"/>
          <w:lang w:val="sl-SI"/>
        </w:rPr>
        <w:t>no vedenje</w:t>
      </w:r>
      <w:r>
        <w:rPr>
          <w:rFonts w:ascii="Arial Narrow" w:hAnsi="Arial Narrow"/>
          <w:sz w:val="22"/>
          <w:lang w:val="sl-SI"/>
        </w:rPr>
        <w:t xml:space="preserve"> do drugih udeležencev in gostov</w:t>
      </w:r>
      <w:r w:rsidR="00DB3A42">
        <w:rPr>
          <w:rFonts w:ascii="Arial Narrow" w:hAnsi="Arial Narrow"/>
          <w:sz w:val="22"/>
          <w:lang w:val="sl-SI"/>
        </w:rPr>
        <w:t xml:space="preserve"> Term Olimia</w:t>
      </w:r>
      <w:r w:rsidR="00DE5702">
        <w:rPr>
          <w:rFonts w:ascii="Arial Narrow" w:hAnsi="Arial Narrow"/>
          <w:sz w:val="22"/>
          <w:lang w:val="sl-SI"/>
        </w:rPr>
        <w:t>.</w:t>
      </w:r>
    </w:p>
    <w:p w14:paraId="1FF49A10" w14:textId="77777777" w:rsidR="00FC4A6E" w:rsidRPr="00FC4A6E" w:rsidRDefault="00FC4A6E" w:rsidP="004A1E7D">
      <w:pPr>
        <w:spacing w:after="0"/>
        <w:jc w:val="both"/>
        <w:rPr>
          <w:rFonts w:ascii="Arial Narrow" w:hAnsi="Arial Narrow"/>
          <w:b/>
          <w:sz w:val="22"/>
          <w:lang w:val="sl-SI"/>
        </w:rPr>
      </w:pPr>
    </w:p>
    <w:p w14:paraId="14C64668" w14:textId="0049880A" w:rsidR="00007BFD" w:rsidRPr="00FC4A6E" w:rsidRDefault="005E082D" w:rsidP="004A1E7D">
      <w:pPr>
        <w:spacing w:after="0"/>
        <w:jc w:val="both"/>
        <w:rPr>
          <w:rFonts w:ascii="Arial Narrow" w:hAnsi="Arial Narrow"/>
          <w:sz w:val="22"/>
          <w:lang w:val="sl-SI"/>
        </w:rPr>
      </w:pPr>
      <w:r w:rsidRPr="00FC4A6E">
        <w:rPr>
          <w:rFonts w:ascii="Arial Narrow" w:hAnsi="Arial Narrow"/>
          <w:b/>
          <w:sz w:val="22"/>
          <w:lang w:val="sl-SI"/>
        </w:rPr>
        <w:t>Kaj zajema subvencija UMV?</w:t>
      </w:r>
    </w:p>
    <w:p w14:paraId="1587C69F" w14:textId="77777777" w:rsidR="00007BFD" w:rsidRPr="00FC4A6E" w:rsidRDefault="005E082D" w:rsidP="004A1E7D">
      <w:pPr>
        <w:spacing w:after="0"/>
        <w:jc w:val="both"/>
        <w:rPr>
          <w:rFonts w:ascii="Arial Narrow" w:hAnsi="Arial Narrow"/>
          <w:sz w:val="22"/>
          <w:lang w:val="sl-SI"/>
        </w:rPr>
      </w:pPr>
      <w:r w:rsidRPr="00FC4A6E">
        <w:rPr>
          <w:rFonts w:ascii="Arial Narrow" w:hAnsi="Arial Narrow"/>
          <w:sz w:val="22"/>
          <w:lang w:val="sl-SI"/>
        </w:rPr>
        <w:t>UMV poravna strošek za namestitev vitezov in njihovih osebnih asistentov ali skrbnikov v apartmajih vasi Lipa (6 nočitev).</w:t>
      </w:r>
    </w:p>
    <w:p w14:paraId="14DB7624" w14:textId="23F60183" w:rsidR="00007BFD" w:rsidRPr="00FC4A6E" w:rsidRDefault="005E082D" w:rsidP="004A1E7D">
      <w:pPr>
        <w:spacing w:after="0"/>
        <w:jc w:val="both"/>
        <w:rPr>
          <w:rFonts w:ascii="Arial Narrow" w:hAnsi="Arial Narrow"/>
          <w:sz w:val="22"/>
          <w:lang w:val="sl-SI"/>
        </w:rPr>
      </w:pPr>
      <w:r w:rsidRPr="00FC4A6E">
        <w:rPr>
          <w:rFonts w:ascii="Arial Narrow" w:hAnsi="Arial Narrow"/>
          <w:sz w:val="22"/>
          <w:lang w:val="sl-SI"/>
        </w:rPr>
        <w:t xml:space="preserve">Vitezom, ki za mobilnost potrebujejo invalidski voziček, plača namestitev </w:t>
      </w:r>
      <w:r w:rsidR="00DB3A42">
        <w:rPr>
          <w:rFonts w:ascii="Arial Narrow" w:hAnsi="Arial Narrow"/>
          <w:sz w:val="22"/>
          <w:lang w:val="sl-SI"/>
        </w:rPr>
        <w:t xml:space="preserve">skupaj z osebnim asistentom </w:t>
      </w:r>
      <w:r w:rsidRPr="00FC4A6E">
        <w:rPr>
          <w:rFonts w:ascii="Arial Narrow" w:hAnsi="Arial Narrow"/>
          <w:sz w:val="22"/>
          <w:lang w:val="sl-SI"/>
        </w:rPr>
        <w:t>v dvoposteljni sobi hotela Breza</w:t>
      </w:r>
      <w:r w:rsidR="00DB3A42">
        <w:rPr>
          <w:rFonts w:ascii="Arial Narrow" w:hAnsi="Arial Narrow"/>
          <w:sz w:val="22"/>
          <w:lang w:val="sl-SI"/>
        </w:rPr>
        <w:t xml:space="preserve"> in njuno penzionsko prehrano.</w:t>
      </w:r>
      <w:r w:rsidRPr="00FC4A6E">
        <w:rPr>
          <w:rFonts w:ascii="Arial Narrow" w:hAnsi="Arial Narrow"/>
          <w:sz w:val="22"/>
          <w:lang w:val="sl-SI"/>
        </w:rPr>
        <w:t xml:space="preserve"> UMV p</w:t>
      </w:r>
      <w:r w:rsidR="00DB3A42">
        <w:rPr>
          <w:rFonts w:ascii="Arial Narrow" w:hAnsi="Arial Narrow"/>
          <w:sz w:val="22"/>
          <w:lang w:val="sl-SI"/>
        </w:rPr>
        <w:t>lača</w:t>
      </w:r>
      <w:r w:rsidRPr="00FC4A6E">
        <w:rPr>
          <w:rFonts w:ascii="Arial Narrow" w:hAnsi="Arial Narrow"/>
          <w:sz w:val="22"/>
          <w:lang w:val="sl-SI"/>
        </w:rPr>
        <w:t xml:space="preserve"> tudi stroške za izvedbo programa rehabilitacije.</w:t>
      </w:r>
    </w:p>
    <w:p w14:paraId="417045C6" w14:textId="77777777" w:rsidR="00FC4A6E" w:rsidRPr="00FC4A6E" w:rsidRDefault="00FC4A6E" w:rsidP="004A1E7D">
      <w:pPr>
        <w:spacing w:after="0"/>
        <w:jc w:val="both"/>
        <w:rPr>
          <w:rFonts w:ascii="Arial Narrow" w:hAnsi="Arial Narrow"/>
          <w:b/>
          <w:sz w:val="22"/>
          <w:lang w:val="sl-SI"/>
        </w:rPr>
      </w:pPr>
    </w:p>
    <w:p w14:paraId="424FF548" w14:textId="05C714A9" w:rsidR="00007BFD" w:rsidRPr="00FC4A6E" w:rsidRDefault="005E082D" w:rsidP="004A1E7D">
      <w:pPr>
        <w:spacing w:after="0"/>
        <w:jc w:val="both"/>
        <w:rPr>
          <w:rFonts w:ascii="Arial Narrow" w:hAnsi="Arial Narrow"/>
          <w:sz w:val="22"/>
          <w:lang w:val="sl-SI"/>
        </w:rPr>
      </w:pPr>
      <w:r w:rsidRPr="00FC4A6E">
        <w:rPr>
          <w:rFonts w:ascii="Arial Narrow" w:hAnsi="Arial Narrow"/>
          <w:b/>
          <w:sz w:val="22"/>
          <w:lang w:val="sl-SI"/>
        </w:rPr>
        <w:t>Česa subvencija UMV ne pokriva?</w:t>
      </w:r>
    </w:p>
    <w:p w14:paraId="10819976" w14:textId="6D57081C" w:rsidR="00007BFD" w:rsidRPr="00FC4A6E" w:rsidRDefault="005E082D" w:rsidP="004A1E7D">
      <w:pPr>
        <w:spacing w:after="0"/>
        <w:jc w:val="both"/>
        <w:rPr>
          <w:rFonts w:ascii="Arial Narrow" w:hAnsi="Arial Narrow"/>
          <w:sz w:val="22"/>
          <w:lang w:val="sl-SI"/>
        </w:rPr>
      </w:pPr>
      <w:r w:rsidRPr="00FC4A6E">
        <w:rPr>
          <w:rFonts w:ascii="Arial Narrow" w:hAnsi="Arial Narrow"/>
          <w:sz w:val="22"/>
          <w:lang w:val="sl-SI"/>
        </w:rPr>
        <w:t xml:space="preserve">Udeleženci rehabilitacije sami poskrbijo za prevoz do zdravilišča in </w:t>
      </w:r>
      <w:r w:rsidR="00DB3A42">
        <w:rPr>
          <w:rFonts w:ascii="Arial Narrow" w:hAnsi="Arial Narrow"/>
          <w:sz w:val="22"/>
          <w:lang w:val="sl-SI"/>
        </w:rPr>
        <w:t>povratek</w:t>
      </w:r>
      <w:r w:rsidRPr="00FC4A6E">
        <w:rPr>
          <w:rFonts w:ascii="Arial Narrow" w:hAnsi="Arial Narrow"/>
          <w:sz w:val="22"/>
          <w:lang w:val="sl-SI"/>
        </w:rPr>
        <w:t xml:space="preserve"> domov. Vitezi, nameščeni v apartmajih Lipe, poskrbijo </w:t>
      </w:r>
      <w:r w:rsidR="00DB3A42">
        <w:rPr>
          <w:rFonts w:ascii="Arial Narrow" w:hAnsi="Arial Narrow"/>
          <w:sz w:val="22"/>
          <w:lang w:val="sl-SI"/>
        </w:rPr>
        <w:t xml:space="preserve">tudi </w:t>
      </w:r>
      <w:r w:rsidRPr="00FC4A6E">
        <w:rPr>
          <w:rFonts w:ascii="Arial Narrow" w:hAnsi="Arial Narrow"/>
          <w:sz w:val="22"/>
          <w:lang w:val="sl-SI"/>
        </w:rPr>
        <w:t>za svojo prehrano.</w:t>
      </w:r>
    </w:p>
    <w:p w14:paraId="0AF2D867" w14:textId="77777777" w:rsidR="00FC4A6E" w:rsidRPr="00FC4A6E" w:rsidRDefault="00FC4A6E" w:rsidP="004A1E7D">
      <w:pPr>
        <w:spacing w:after="0"/>
        <w:jc w:val="both"/>
        <w:rPr>
          <w:rFonts w:ascii="Arial Narrow" w:hAnsi="Arial Narrow"/>
          <w:b/>
          <w:sz w:val="22"/>
          <w:lang w:val="sl-SI"/>
        </w:rPr>
      </w:pPr>
    </w:p>
    <w:p w14:paraId="56E8F039" w14:textId="0B31A77B" w:rsidR="00007BFD" w:rsidRPr="00FC4A6E" w:rsidRDefault="005E082D" w:rsidP="004A1E7D">
      <w:pPr>
        <w:spacing w:after="0"/>
        <w:jc w:val="both"/>
        <w:rPr>
          <w:rFonts w:ascii="Arial Narrow" w:hAnsi="Arial Narrow"/>
          <w:sz w:val="22"/>
          <w:lang w:val="sl-SI"/>
        </w:rPr>
      </w:pPr>
      <w:r w:rsidRPr="00FC4A6E">
        <w:rPr>
          <w:rFonts w:ascii="Arial Narrow" w:hAnsi="Arial Narrow"/>
          <w:b/>
          <w:sz w:val="22"/>
          <w:lang w:val="sl-SI"/>
        </w:rPr>
        <w:t>Nekaj dodatnih pojasnil o letošnjih skupinskih rehabilitacijah v Termah Olimia.</w:t>
      </w:r>
    </w:p>
    <w:p w14:paraId="4154A8ED" w14:textId="7EDC2B02" w:rsidR="00007BFD" w:rsidRPr="00FC4A6E" w:rsidRDefault="005E082D" w:rsidP="004A1E7D">
      <w:pPr>
        <w:spacing w:after="0"/>
        <w:jc w:val="both"/>
        <w:rPr>
          <w:rFonts w:ascii="Arial Narrow" w:hAnsi="Arial Narrow"/>
          <w:sz w:val="22"/>
          <w:lang w:val="sl-SI"/>
        </w:rPr>
      </w:pPr>
      <w:r w:rsidRPr="00FC4A6E">
        <w:rPr>
          <w:rFonts w:ascii="Arial Narrow" w:hAnsi="Arial Narrow"/>
          <w:sz w:val="22"/>
          <w:lang w:val="sl-SI"/>
        </w:rPr>
        <w:t>V apartmajih Lipe smo za viteze rezervirali namestitev za do 25 oseb, v hotelu Breza pa 1 dvoposteljno sobo. V najem so vključeni tudi</w:t>
      </w:r>
      <w:r w:rsidR="00DB3A42">
        <w:rPr>
          <w:rFonts w:ascii="Arial Narrow" w:hAnsi="Arial Narrow"/>
          <w:sz w:val="22"/>
          <w:lang w:val="sl-SI"/>
        </w:rPr>
        <w:t xml:space="preserve"> stroški:</w:t>
      </w:r>
    </w:p>
    <w:p w14:paraId="67E16D5A" w14:textId="58223FF2" w:rsidR="00007BFD" w:rsidRPr="00FC4A6E" w:rsidRDefault="005E082D" w:rsidP="004A1E7D">
      <w:pPr>
        <w:pStyle w:val="ListBullet"/>
        <w:spacing w:after="0"/>
        <w:ind w:left="340" w:hanging="170"/>
        <w:jc w:val="both"/>
        <w:rPr>
          <w:rFonts w:ascii="Arial Narrow" w:hAnsi="Arial Narrow"/>
          <w:sz w:val="22"/>
          <w:lang w:val="sl-SI"/>
        </w:rPr>
      </w:pPr>
      <w:r w:rsidRPr="00FC4A6E">
        <w:rPr>
          <w:rFonts w:ascii="Arial Narrow" w:hAnsi="Arial Narrow"/>
          <w:sz w:val="22"/>
          <w:lang w:val="sl-SI"/>
        </w:rPr>
        <w:t>priprav</w:t>
      </w:r>
      <w:r w:rsidR="00DB3A42">
        <w:rPr>
          <w:rFonts w:ascii="Arial Narrow" w:hAnsi="Arial Narrow"/>
          <w:sz w:val="22"/>
          <w:lang w:val="sl-SI"/>
        </w:rPr>
        <w:t>e</w:t>
      </w:r>
      <w:r w:rsidRPr="00FC4A6E">
        <w:rPr>
          <w:rFonts w:ascii="Arial Narrow" w:hAnsi="Arial Narrow"/>
          <w:sz w:val="22"/>
          <w:lang w:val="sl-SI"/>
        </w:rPr>
        <w:t xml:space="preserve"> apartmaja (posteljno perilo, brisače, kuhinjske krpe ter končno čiščenje</w:t>
      </w:r>
      <w:r w:rsidR="00DB3A42">
        <w:rPr>
          <w:rFonts w:ascii="Arial Narrow" w:hAnsi="Arial Narrow"/>
          <w:sz w:val="22"/>
          <w:lang w:val="sl-SI"/>
        </w:rPr>
        <w:t xml:space="preserve"> prostorov in opreme</w:t>
      </w:r>
      <w:r w:rsidRPr="00FC4A6E">
        <w:rPr>
          <w:rFonts w:ascii="Arial Narrow" w:hAnsi="Arial Narrow"/>
          <w:sz w:val="22"/>
          <w:lang w:val="sl-SI"/>
        </w:rPr>
        <w:t>),</w:t>
      </w:r>
    </w:p>
    <w:p w14:paraId="4E2D0D0E" w14:textId="22FF6E18" w:rsidR="00007BFD" w:rsidRPr="00FC4A6E" w:rsidRDefault="00DB3A42" w:rsidP="004A1E7D">
      <w:pPr>
        <w:pStyle w:val="ListBullet"/>
        <w:spacing w:after="0"/>
        <w:ind w:left="340" w:hanging="170"/>
        <w:jc w:val="both"/>
        <w:rPr>
          <w:rFonts w:ascii="Arial Narrow" w:hAnsi="Arial Narrow"/>
          <w:sz w:val="22"/>
          <w:lang w:val="sl-SI"/>
        </w:rPr>
      </w:pPr>
      <w:r>
        <w:rPr>
          <w:rFonts w:ascii="Arial Narrow" w:hAnsi="Arial Narrow"/>
          <w:sz w:val="22"/>
          <w:lang w:val="sl-SI"/>
        </w:rPr>
        <w:t xml:space="preserve">uporabe </w:t>
      </w:r>
      <w:r w:rsidR="005E082D" w:rsidRPr="00FC4A6E">
        <w:rPr>
          <w:rFonts w:ascii="Arial Narrow" w:hAnsi="Arial Narrow"/>
          <w:sz w:val="22"/>
          <w:lang w:val="sl-SI"/>
        </w:rPr>
        <w:t>brisače za bazene,</w:t>
      </w:r>
    </w:p>
    <w:p w14:paraId="315AB97D" w14:textId="4A516878" w:rsidR="00007BFD" w:rsidRPr="00FC4A6E" w:rsidRDefault="005E082D" w:rsidP="004A1E7D">
      <w:pPr>
        <w:pStyle w:val="ListBullet"/>
        <w:spacing w:after="0"/>
        <w:ind w:left="340" w:hanging="170"/>
        <w:jc w:val="both"/>
        <w:rPr>
          <w:rFonts w:ascii="Arial Narrow" w:hAnsi="Arial Narrow"/>
          <w:sz w:val="22"/>
          <w:lang w:val="sl-SI"/>
        </w:rPr>
      </w:pPr>
      <w:r w:rsidRPr="00FC4A6E">
        <w:rPr>
          <w:rFonts w:ascii="Arial Narrow" w:hAnsi="Arial Narrow"/>
          <w:sz w:val="22"/>
          <w:lang w:val="sl-SI"/>
        </w:rPr>
        <w:t>vstop</w:t>
      </w:r>
      <w:r w:rsidR="00DE5702">
        <w:rPr>
          <w:rFonts w:ascii="Arial Narrow" w:hAnsi="Arial Narrow"/>
          <w:sz w:val="22"/>
          <w:lang w:val="sl-SI"/>
        </w:rPr>
        <w:t>a</w:t>
      </w:r>
      <w:r w:rsidRPr="00FC4A6E">
        <w:rPr>
          <w:rFonts w:ascii="Arial Narrow" w:hAnsi="Arial Narrow"/>
          <w:sz w:val="22"/>
          <w:lang w:val="sl-SI"/>
        </w:rPr>
        <w:t xml:space="preserve"> in kopanj</w:t>
      </w:r>
      <w:r w:rsidR="00DE5702">
        <w:rPr>
          <w:rFonts w:ascii="Arial Narrow" w:hAnsi="Arial Narrow"/>
          <w:sz w:val="22"/>
          <w:lang w:val="sl-SI"/>
        </w:rPr>
        <w:t>a</w:t>
      </w:r>
      <w:r w:rsidRPr="00FC4A6E">
        <w:rPr>
          <w:rFonts w:ascii="Arial Narrow" w:hAnsi="Arial Narrow"/>
          <w:sz w:val="22"/>
          <w:lang w:val="sl-SI"/>
        </w:rPr>
        <w:t xml:space="preserve"> v bazenih Termalia Relax ( na dan odhoda v nedeljo, 25. 10. le 1 vstop</w:t>
      </w:r>
      <w:r w:rsidR="00DE5702">
        <w:rPr>
          <w:rFonts w:ascii="Arial Narrow" w:hAnsi="Arial Narrow"/>
          <w:sz w:val="22"/>
          <w:lang w:val="sl-SI"/>
        </w:rPr>
        <w:t xml:space="preserve"> </w:t>
      </w:r>
      <w:r w:rsidRPr="00FC4A6E">
        <w:rPr>
          <w:rFonts w:ascii="Arial Narrow" w:hAnsi="Arial Narrow"/>
          <w:sz w:val="22"/>
          <w:lang w:val="sl-SI"/>
        </w:rPr>
        <w:t>),</w:t>
      </w:r>
    </w:p>
    <w:p w14:paraId="4AB97F6D" w14:textId="77777777" w:rsidR="001B1D86" w:rsidRDefault="005E082D" w:rsidP="004A1E7D">
      <w:pPr>
        <w:pStyle w:val="ListBullet"/>
        <w:spacing w:after="0"/>
        <w:ind w:left="340" w:hanging="170"/>
        <w:jc w:val="both"/>
        <w:rPr>
          <w:rFonts w:ascii="Arial Narrow" w:hAnsi="Arial Narrow"/>
          <w:sz w:val="22"/>
          <w:lang w:val="sl-SI"/>
        </w:rPr>
      </w:pPr>
      <w:r w:rsidRPr="001B1D86">
        <w:rPr>
          <w:rFonts w:ascii="Arial Narrow" w:hAnsi="Arial Narrow"/>
          <w:sz w:val="22"/>
          <w:lang w:val="sl-SI"/>
        </w:rPr>
        <w:t>tedensk</w:t>
      </w:r>
      <w:r w:rsidR="00DE5702" w:rsidRPr="001B1D86">
        <w:rPr>
          <w:rFonts w:ascii="Arial Narrow" w:hAnsi="Arial Narrow"/>
          <w:sz w:val="22"/>
          <w:lang w:val="sl-SI"/>
        </w:rPr>
        <w:t>ega</w:t>
      </w:r>
      <w:r w:rsidRPr="001B1D86">
        <w:rPr>
          <w:rFonts w:ascii="Arial Narrow" w:hAnsi="Arial Narrow"/>
          <w:sz w:val="22"/>
          <w:lang w:val="sl-SI"/>
        </w:rPr>
        <w:t xml:space="preserve"> program</w:t>
      </w:r>
      <w:r w:rsidR="00DE5702" w:rsidRPr="001B1D86">
        <w:rPr>
          <w:rFonts w:ascii="Arial Narrow" w:hAnsi="Arial Narrow"/>
          <w:sz w:val="22"/>
          <w:lang w:val="sl-SI"/>
        </w:rPr>
        <w:t>a</w:t>
      </w:r>
      <w:r w:rsidRPr="001B1D86">
        <w:rPr>
          <w:rFonts w:ascii="Arial Narrow" w:hAnsi="Arial Narrow"/>
          <w:sz w:val="22"/>
          <w:lang w:val="sl-SI"/>
        </w:rPr>
        <w:t xml:space="preserve"> animacijskih in selfnes aktivnosti</w:t>
      </w:r>
      <w:r w:rsidR="00DB3A42" w:rsidRPr="001B1D86">
        <w:rPr>
          <w:rFonts w:ascii="Arial Narrow" w:hAnsi="Arial Narrow"/>
          <w:sz w:val="22"/>
          <w:lang w:val="sl-SI"/>
        </w:rPr>
        <w:t xml:space="preserve">, ki </w:t>
      </w:r>
      <w:r w:rsidR="0082540F" w:rsidRPr="001B1D86">
        <w:rPr>
          <w:rFonts w:ascii="Arial Narrow" w:hAnsi="Arial Narrow"/>
          <w:sz w:val="22"/>
          <w:lang w:val="sl-SI"/>
        </w:rPr>
        <w:t xml:space="preserve">jih </w:t>
      </w:r>
      <w:r w:rsidR="00DE5702" w:rsidRPr="001B1D86">
        <w:rPr>
          <w:rFonts w:ascii="Arial Narrow" w:hAnsi="Arial Narrow"/>
          <w:sz w:val="22"/>
          <w:lang w:val="sl-SI"/>
        </w:rPr>
        <w:t xml:space="preserve">Terme organizirajo  za svoje goste </w:t>
      </w:r>
      <w:r w:rsidR="0082540F" w:rsidRPr="001B1D86">
        <w:rPr>
          <w:rFonts w:ascii="Arial Narrow" w:hAnsi="Arial Narrow"/>
          <w:sz w:val="22"/>
          <w:lang w:val="sl-SI"/>
        </w:rPr>
        <w:t xml:space="preserve">kot </w:t>
      </w:r>
      <w:r w:rsidR="00DE5702" w:rsidRPr="001B1D86">
        <w:rPr>
          <w:rFonts w:ascii="Arial Narrow" w:hAnsi="Arial Narrow"/>
          <w:sz w:val="22"/>
          <w:lang w:val="sl-SI"/>
        </w:rPr>
        <w:t>storit</w:t>
      </w:r>
      <w:r w:rsidR="001B1D86">
        <w:rPr>
          <w:rFonts w:ascii="Arial Narrow" w:hAnsi="Arial Narrow"/>
          <w:sz w:val="22"/>
          <w:lang w:val="sl-SI"/>
        </w:rPr>
        <w:t>ve</w:t>
      </w:r>
      <w:r w:rsidR="00DE5702" w:rsidRPr="001B1D86">
        <w:rPr>
          <w:rFonts w:ascii="Arial Narrow" w:hAnsi="Arial Narrow"/>
          <w:sz w:val="22"/>
          <w:lang w:val="sl-SI"/>
        </w:rPr>
        <w:t>, ki so že vključen</w:t>
      </w:r>
      <w:r w:rsidR="001B1D86">
        <w:rPr>
          <w:rFonts w:ascii="Arial Narrow" w:hAnsi="Arial Narrow"/>
          <w:sz w:val="22"/>
          <w:lang w:val="sl-SI"/>
        </w:rPr>
        <w:t>e</w:t>
      </w:r>
      <w:r w:rsidR="00DE5702" w:rsidRPr="001B1D86">
        <w:rPr>
          <w:rFonts w:ascii="Arial Narrow" w:hAnsi="Arial Narrow"/>
          <w:sz w:val="22"/>
          <w:lang w:val="sl-SI"/>
        </w:rPr>
        <w:t xml:space="preserve"> v pogodbo brez </w:t>
      </w:r>
      <w:r w:rsidR="001B1D86" w:rsidRPr="001B1D86">
        <w:rPr>
          <w:rFonts w:ascii="Arial Narrow" w:hAnsi="Arial Narrow"/>
          <w:sz w:val="22"/>
          <w:lang w:val="sl-SI"/>
        </w:rPr>
        <w:t>dodatn</w:t>
      </w:r>
      <w:r w:rsidR="001B1D86">
        <w:rPr>
          <w:rFonts w:ascii="Arial Narrow" w:hAnsi="Arial Narrow"/>
          <w:sz w:val="22"/>
          <w:lang w:val="sl-SI"/>
        </w:rPr>
        <w:t>ih</w:t>
      </w:r>
      <w:r w:rsidR="001B1D86" w:rsidRPr="001B1D86">
        <w:rPr>
          <w:rFonts w:ascii="Arial Narrow" w:hAnsi="Arial Narrow"/>
          <w:sz w:val="22"/>
          <w:lang w:val="sl-SI"/>
        </w:rPr>
        <w:t xml:space="preserve"> </w:t>
      </w:r>
      <w:r w:rsidR="00DE5702" w:rsidRPr="001B1D86">
        <w:rPr>
          <w:rFonts w:ascii="Arial Narrow" w:hAnsi="Arial Narrow"/>
          <w:sz w:val="22"/>
          <w:lang w:val="sl-SI"/>
        </w:rPr>
        <w:t>doplačil</w:t>
      </w:r>
      <w:r w:rsidR="001B1D86">
        <w:rPr>
          <w:rFonts w:ascii="Arial Narrow" w:hAnsi="Arial Narrow"/>
          <w:sz w:val="22"/>
          <w:lang w:val="sl-SI"/>
        </w:rPr>
        <w:t>.</w:t>
      </w:r>
    </w:p>
    <w:p w14:paraId="658F612A" w14:textId="3E7933ED" w:rsidR="00007BFD" w:rsidRPr="001B1D86" w:rsidRDefault="005E082D" w:rsidP="004A1E7D">
      <w:pPr>
        <w:pStyle w:val="ListBullet"/>
        <w:numPr>
          <w:ilvl w:val="0"/>
          <w:numId w:val="0"/>
        </w:numPr>
        <w:spacing w:after="0"/>
        <w:ind w:left="170"/>
        <w:jc w:val="both"/>
        <w:rPr>
          <w:rFonts w:ascii="Arial Narrow" w:hAnsi="Arial Narrow"/>
          <w:sz w:val="22"/>
          <w:lang w:val="sl-SI"/>
        </w:rPr>
      </w:pPr>
      <w:r w:rsidRPr="001B1D86">
        <w:rPr>
          <w:rFonts w:ascii="Arial Narrow" w:hAnsi="Arial Narrow"/>
          <w:sz w:val="22"/>
          <w:lang w:val="sl-SI"/>
        </w:rPr>
        <w:t>Rezervirani so tudi prostori za</w:t>
      </w:r>
      <w:r w:rsidR="001B1D86">
        <w:rPr>
          <w:rFonts w:ascii="Arial Narrow" w:hAnsi="Arial Narrow"/>
          <w:sz w:val="22"/>
          <w:lang w:val="sl-SI"/>
        </w:rPr>
        <w:t xml:space="preserve"> izvajanje programa rehabilitacije in </w:t>
      </w:r>
      <w:r w:rsidRPr="001B1D86">
        <w:rPr>
          <w:rFonts w:ascii="Arial Narrow" w:hAnsi="Arial Narrow"/>
          <w:sz w:val="22"/>
          <w:lang w:val="sl-SI"/>
        </w:rPr>
        <w:t>sestanka vitezov na dan pr</w:t>
      </w:r>
      <w:r w:rsidR="001B1D86">
        <w:rPr>
          <w:rFonts w:ascii="Arial Narrow" w:hAnsi="Arial Narrow"/>
          <w:sz w:val="22"/>
          <w:lang w:val="sl-SI"/>
        </w:rPr>
        <w:t>i</w:t>
      </w:r>
      <w:r w:rsidRPr="001B1D86">
        <w:rPr>
          <w:rFonts w:ascii="Arial Narrow" w:hAnsi="Arial Narrow"/>
          <w:sz w:val="22"/>
          <w:lang w:val="sl-SI"/>
        </w:rPr>
        <w:t>hoda in dan pred odhodom iz toplic</w:t>
      </w:r>
      <w:r w:rsidR="001B1D86">
        <w:rPr>
          <w:rFonts w:ascii="Arial Narrow" w:hAnsi="Arial Narrow"/>
          <w:sz w:val="22"/>
          <w:lang w:val="sl-SI"/>
        </w:rPr>
        <w:t>.</w:t>
      </w:r>
      <w:r w:rsidRPr="001B1D86">
        <w:rPr>
          <w:rFonts w:ascii="Arial Narrow" w:hAnsi="Arial Narrow"/>
          <w:sz w:val="22"/>
          <w:lang w:val="sl-SI"/>
        </w:rPr>
        <w:t>.</w:t>
      </w:r>
    </w:p>
    <w:p w14:paraId="2BC7F2AB" w14:textId="77777777" w:rsidR="00FC4A6E" w:rsidRPr="00FC4A6E" w:rsidRDefault="00FC4A6E" w:rsidP="004A1E7D">
      <w:pPr>
        <w:spacing w:after="0"/>
        <w:jc w:val="both"/>
        <w:rPr>
          <w:rFonts w:ascii="Arial Narrow" w:hAnsi="Arial Narrow"/>
          <w:b/>
          <w:sz w:val="22"/>
          <w:lang w:val="sl-SI"/>
        </w:rPr>
      </w:pPr>
    </w:p>
    <w:p w14:paraId="488F73EE" w14:textId="21649C2B" w:rsidR="00007BFD" w:rsidRPr="00FC4A6E" w:rsidRDefault="005E082D" w:rsidP="004A1E7D">
      <w:pPr>
        <w:spacing w:after="0"/>
        <w:jc w:val="both"/>
        <w:rPr>
          <w:rFonts w:ascii="Arial Narrow" w:hAnsi="Arial Narrow"/>
          <w:sz w:val="22"/>
          <w:lang w:val="sl-SI"/>
        </w:rPr>
      </w:pPr>
      <w:r w:rsidRPr="00FC4A6E">
        <w:rPr>
          <w:rFonts w:ascii="Arial Narrow" w:hAnsi="Arial Narrow"/>
          <w:b/>
          <w:sz w:val="22"/>
          <w:lang w:val="sl-SI"/>
        </w:rPr>
        <w:t>Predvidene vsebine letošnje rehabilitacije:</w:t>
      </w:r>
    </w:p>
    <w:p w14:paraId="425F5770" w14:textId="77777777" w:rsidR="00007BFD" w:rsidRPr="00FC4A6E" w:rsidRDefault="005E082D" w:rsidP="004A1E7D">
      <w:pPr>
        <w:pStyle w:val="ListBullet"/>
        <w:spacing w:after="0"/>
        <w:ind w:left="340" w:hanging="170"/>
        <w:jc w:val="both"/>
        <w:rPr>
          <w:rFonts w:ascii="Arial Narrow" w:hAnsi="Arial Narrow"/>
          <w:sz w:val="22"/>
          <w:lang w:val="sl-SI"/>
        </w:rPr>
      </w:pPr>
      <w:r w:rsidRPr="00FC4A6E">
        <w:rPr>
          <w:rFonts w:ascii="Arial Narrow" w:hAnsi="Arial Narrow"/>
          <w:sz w:val="22"/>
          <w:lang w:val="sl-SI"/>
        </w:rPr>
        <w:t>predavanje klinične dietetičarke, kineziološka vadba, skupinski sprehod in pohod s kineziologinjo,</w:t>
      </w:r>
    </w:p>
    <w:p w14:paraId="5EAA45B1" w14:textId="77777777" w:rsidR="00007BFD" w:rsidRPr="00FC4A6E" w:rsidRDefault="005E082D" w:rsidP="004A1E7D">
      <w:pPr>
        <w:pStyle w:val="ListBullet"/>
        <w:spacing w:after="0"/>
        <w:ind w:left="340" w:hanging="170"/>
        <w:jc w:val="both"/>
        <w:rPr>
          <w:rFonts w:ascii="Arial Narrow" w:hAnsi="Arial Narrow"/>
          <w:sz w:val="22"/>
          <w:lang w:val="sl-SI"/>
        </w:rPr>
      </w:pPr>
      <w:r w:rsidRPr="00FC4A6E">
        <w:rPr>
          <w:rFonts w:ascii="Arial Narrow" w:hAnsi="Arial Narrow"/>
          <w:sz w:val="22"/>
          <w:lang w:val="sl-SI"/>
        </w:rPr>
        <w:t>individualne meritve telesne sestave, ki jih bosta izvedli klinična dietetičarka in kineziologinja,</w:t>
      </w:r>
    </w:p>
    <w:p w14:paraId="4540879E" w14:textId="77777777" w:rsidR="00007BFD" w:rsidRPr="00FC4A6E" w:rsidRDefault="005E082D" w:rsidP="004A1E7D">
      <w:pPr>
        <w:pStyle w:val="ListBullet"/>
        <w:spacing w:after="0"/>
        <w:ind w:left="340" w:hanging="170"/>
        <w:jc w:val="both"/>
        <w:rPr>
          <w:rFonts w:ascii="Arial Narrow" w:hAnsi="Arial Narrow"/>
          <w:sz w:val="22"/>
          <w:lang w:val="sl-SI"/>
        </w:rPr>
      </w:pPr>
      <w:r w:rsidRPr="00FC4A6E">
        <w:rPr>
          <w:rFonts w:ascii="Arial Narrow" w:hAnsi="Arial Narrow"/>
          <w:sz w:val="22"/>
          <w:lang w:val="sl-SI"/>
        </w:rPr>
        <w:t>pogovor s klinično dietetičarko o rezultatih meritev.</w:t>
      </w:r>
    </w:p>
    <w:p w14:paraId="1CC68BD8" w14:textId="77777777" w:rsidR="00FC4A6E" w:rsidRPr="00FC4A6E" w:rsidRDefault="00FC4A6E" w:rsidP="004A1E7D">
      <w:pPr>
        <w:spacing w:after="0"/>
        <w:jc w:val="both"/>
        <w:rPr>
          <w:rFonts w:ascii="Arial Narrow" w:hAnsi="Arial Narrow"/>
          <w:sz w:val="22"/>
          <w:lang w:val="sl-SI"/>
        </w:rPr>
      </w:pPr>
    </w:p>
    <w:p w14:paraId="579F9CF3" w14:textId="7E93F576" w:rsidR="00007BFD" w:rsidRPr="00FC4A6E" w:rsidRDefault="001B1D86" w:rsidP="004A1E7D">
      <w:pPr>
        <w:spacing w:after="0"/>
        <w:jc w:val="both"/>
        <w:rPr>
          <w:rFonts w:ascii="Arial Narrow" w:hAnsi="Arial Narrow"/>
          <w:sz w:val="22"/>
          <w:lang w:val="sl-SI"/>
        </w:rPr>
      </w:pPr>
      <w:r>
        <w:rPr>
          <w:rFonts w:ascii="Arial Narrow" w:hAnsi="Arial Narrow"/>
          <w:sz w:val="22"/>
          <w:lang w:val="sl-SI"/>
        </w:rPr>
        <w:t>Č</w:t>
      </w:r>
      <w:r w:rsidR="005E082D" w:rsidRPr="00FC4A6E">
        <w:rPr>
          <w:rFonts w:ascii="Arial Narrow" w:hAnsi="Arial Narrow"/>
          <w:sz w:val="22"/>
          <w:lang w:val="sl-SI"/>
        </w:rPr>
        <w:t xml:space="preserve">lani skupine </w:t>
      </w:r>
      <w:r>
        <w:rPr>
          <w:rFonts w:ascii="Arial Narrow" w:hAnsi="Arial Narrow"/>
          <w:sz w:val="22"/>
          <w:lang w:val="sl-SI"/>
        </w:rPr>
        <w:t xml:space="preserve">boste imeli </w:t>
      </w:r>
      <w:r w:rsidR="005E082D" w:rsidRPr="00FC4A6E">
        <w:rPr>
          <w:rFonts w:ascii="Arial Narrow" w:hAnsi="Arial Narrow"/>
          <w:sz w:val="22"/>
          <w:lang w:val="sl-SI"/>
        </w:rPr>
        <w:t>tudi možnost individualnega pogovora s psihologinjo in/ali sodelovanj</w:t>
      </w:r>
      <w:r>
        <w:rPr>
          <w:rFonts w:ascii="Arial Narrow" w:hAnsi="Arial Narrow"/>
          <w:sz w:val="22"/>
          <w:lang w:val="sl-SI"/>
        </w:rPr>
        <w:t>e</w:t>
      </w:r>
      <w:r w:rsidR="005E082D" w:rsidRPr="00FC4A6E">
        <w:rPr>
          <w:rFonts w:ascii="Arial Narrow" w:hAnsi="Arial Narrow"/>
          <w:sz w:val="22"/>
          <w:lang w:val="sl-SI"/>
        </w:rPr>
        <w:t xml:space="preserve"> v skupinski delavnici</w:t>
      </w:r>
      <w:r>
        <w:rPr>
          <w:rFonts w:ascii="Arial Narrow" w:hAnsi="Arial Narrow"/>
          <w:sz w:val="22"/>
          <w:lang w:val="sl-SI"/>
        </w:rPr>
        <w:t xml:space="preserve"> za viteze,</w:t>
      </w:r>
      <w:r w:rsidR="005E082D" w:rsidRPr="00FC4A6E">
        <w:rPr>
          <w:rFonts w:ascii="Arial Narrow" w:hAnsi="Arial Narrow"/>
          <w:sz w:val="22"/>
          <w:lang w:val="sl-SI"/>
        </w:rPr>
        <w:t xml:space="preserve"> </w:t>
      </w:r>
      <w:r>
        <w:rPr>
          <w:rFonts w:ascii="Arial Narrow" w:hAnsi="Arial Narrow"/>
          <w:sz w:val="22"/>
          <w:lang w:val="sl-SI"/>
        </w:rPr>
        <w:t>Pogovori s psihologinjo in delavnice, ki jih vodi</w:t>
      </w:r>
      <w:r w:rsidR="00F8719F">
        <w:rPr>
          <w:rFonts w:ascii="Arial Narrow" w:hAnsi="Arial Narrow"/>
          <w:sz w:val="22"/>
          <w:lang w:val="sl-SI"/>
        </w:rPr>
        <w:t>,</w:t>
      </w:r>
      <w:r>
        <w:rPr>
          <w:rFonts w:ascii="Arial Narrow" w:hAnsi="Arial Narrow"/>
          <w:sz w:val="22"/>
          <w:lang w:val="sl-SI"/>
        </w:rPr>
        <w:t xml:space="preserve"> niso obvez</w:t>
      </w:r>
      <w:r w:rsidR="00F8719F">
        <w:rPr>
          <w:rFonts w:ascii="Arial Narrow" w:hAnsi="Arial Narrow"/>
          <w:sz w:val="22"/>
          <w:lang w:val="sl-SI"/>
        </w:rPr>
        <w:t>ni</w:t>
      </w:r>
      <w:r>
        <w:rPr>
          <w:rFonts w:ascii="Arial Narrow" w:hAnsi="Arial Narrow"/>
          <w:sz w:val="22"/>
          <w:lang w:val="sl-SI"/>
        </w:rPr>
        <w:t xml:space="preserve"> del programa rehabilitacije. So p</w:t>
      </w:r>
      <w:r w:rsidR="001D240F">
        <w:rPr>
          <w:rFonts w:ascii="Arial Narrow" w:hAnsi="Arial Narrow"/>
          <w:sz w:val="22"/>
          <w:lang w:val="sl-SI"/>
        </w:rPr>
        <w:t xml:space="preserve">onujena priložnost za katero se udeleženci lahko odločijo, tako da se za individualni posvet, skupinsko delavnico ali oboje vpišejo </w:t>
      </w:r>
      <w:r w:rsidR="00F8719F">
        <w:rPr>
          <w:rFonts w:ascii="Arial Narrow" w:hAnsi="Arial Narrow"/>
          <w:sz w:val="22"/>
          <w:lang w:val="sl-SI"/>
        </w:rPr>
        <w:t>v razpored razpoložljivih terminov v času rehabilitacije. Prosti termini bodo na voljo za vpogled pri vitezu koordinatorju za oktobrsko rehabilitacijo.</w:t>
      </w:r>
      <w:r w:rsidR="005E082D" w:rsidRPr="00FC4A6E">
        <w:rPr>
          <w:rFonts w:ascii="Arial Narrow" w:hAnsi="Arial Narrow"/>
          <w:sz w:val="22"/>
          <w:lang w:val="sl-SI"/>
        </w:rPr>
        <w:t>.</w:t>
      </w:r>
    </w:p>
    <w:p w14:paraId="6DBE66DE" w14:textId="77777777" w:rsidR="00FC4A6E" w:rsidRPr="00FC4A6E" w:rsidRDefault="00FC4A6E" w:rsidP="004A1E7D">
      <w:pPr>
        <w:spacing w:after="0"/>
        <w:jc w:val="both"/>
        <w:rPr>
          <w:rFonts w:ascii="Arial Narrow" w:hAnsi="Arial Narrow"/>
          <w:sz w:val="22"/>
          <w:lang w:val="sl-SI"/>
        </w:rPr>
      </w:pPr>
    </w:p>
    <w:p w14:paraId="21550D57" w14:textId="1D3E6063" w:rsidR="00007BFD" w:rsidRDefault="005E082D" w:rsidP="004A1E7D">
      <w:pPr>
        <w:spacing w:after="0"/>
        <w:jc w:val="both"/>
        <w:rPr>
          <w:rFonts w:ascii="Arial Narrow" w:hAnsi="Arial Narrow"/>
          <w:sz w:val="22"/>
          <w:lang w:val="sl-SI"/>
        </w:rPr>
      </w:pPr>
      <w:r w:rsidRPr="00FC4A6E">
        <w:rPr>
          <w:rFonts w:ascii="Arial Narrow" w:hAnsi="Arial Narrow"/>
          <w:sz w:val="22"/>
          <w:lang w:val="sl-SI"/>
        </w:rPr>
        <w:t>Do 12. 10. 2026 bomo udeležencem poslali še podroben urnik aktivnosti in preglednico možnih terminov za prijavo na individualni pogovor ali  delavnico</w:t>
      </w:r>
      <w:r w:rsidR="00F8719F">
        <w:rPr>
          <w:rFonts w:ascii="Arial Narrow" w:hAnsi="Arial Narrow"/>
          <w:sz w:val="22"/>
          <w:lang w:val="sl-SI"/>
        </w:rPr>
        <w:t xml:space="preserve"> s psihologinjo.</w:t>
      </w:r>
    </w:p>
    <w:p w14:paraId="0B21F346" w14:textId="77777777" w:rsidR="00BB049C" w:rsidRDefault="00BB049C" w:rsidP="004A1E7D">
      <w:pPr>
        <w:spacing w:after="0"/>
        <w:jc w:val="both"/>
        <w:rPr>
          <w:rFonts w:ascii="Arial Narrow" w:hAnsi="Arial Narrow"/>
          <w:sz w:val="22"/>
          <w:lang w:val="sl-SI"/>
        </w:rPr>
      </w:pPr>
    </w:p>
    <w:p w14:paraId="0ADB88DD" w14:textId="77777777" w:rsidR="00342C7B" w:rsidRPr="00DA518B" w:rsidRDefault="00BB049C" w:rsidP="004A1E7D">
      <w:pPr>
        <w:spacing w:after="0"/>
        <w:jc w:val="both"/>
        <w:rPr>
          <w:rFonts w:ascii="Arial Narrow" w:hAnsi="Arial Narrow"/>
          <w:b/>
          <w:bCs/>
          <w:sz w:val="22"/>
          <w:lang w:val="sl-SI"/>
        </w:rPr>
      </w:pPr>
      <w:r w:rsidRPr="00DA518B">
        <w:rPr>
          <w:rFonts w:ascii="Arial Narrow" w:hAnsi="Arial Narrow"/>
          <w:b/>
          <w:bCs/>
          <w:sz w:val="22"/>
          <w:lang w:val="sl-SI"/>
        </w:rPr>
        <w:t>Vitezi, kandidati za jesensko skupinsko rehabilitacijo</w:t>
      </w:r>
      <w:r w:rsidR="00342C7B" w:rsidRPr="00DA518B">
        <w:rPr>
          <w:rFonts w:ascii="Arial Narrow" w:hAnsi="Arial Narrow"/>
          <w:b/>
          <w:bCs/>
          <w:sz w:val="22"/>
          <w:lang w:val="sl-SI"/>
        </w:rPr>
        <w:t>, lahko izpolnjeno prijavnico pošljejo:</w:t>
      </w:r>
    </w:p>
    <w:p w14:paraId="0D579C1B" w14:textId="77777777" w:rsidR="00342C7B" w:rsidRPr="00DA518B" w:rsidRDefault="00342C7B" w:rsidP="004A1E7D">
      <w:pPr>
        <w:spacing w:after="0"/>
        <w:jc w:val="both"/>
        <w:rPr>
          <w:rFonts w:ascii="Arial Narrow" w:hAnsi="Arial Narrow"/>
          <w:b/>
          <w:bCs/>
          <w:sz w:val="22"/>
          <w:lang w:val="sl-SI"/>
        </w:rPr>
      </w:pPr>
      <w:r w:rsidRPr="00DA518B">
        <w:rPr>
          <w:rFonts w:ascii="Arial Narrow" w:hAnsi="Arial Narrow"/>
          <w:b/>
          <w:bCs/>
          <w:sz w:val="22"/>
          <w:lang w:val="sl-SI"/>
        </w:rPr>
        <w:lastRenderedPageBreak/>
        <w:t xml:space="preserve">elektronsko na info@ustanova -malivitez.si,  ali </w:t>
      </w:r>
    </w:p>
    <w:p w14:paraId="54F2E6C2" w14:textId="77777777" w:rsidR="00342C7B" w:rsidRPr="00DA518B" w:rsidRDefault="00342C7B" w:rsidP="004A1E7D">
      <w:pPr>
        <w:spacing w:after="0"/>
        <w:jc w:val="both"/>
        <w:rPr>
          <w:rFonts w:ascii="Arial Narrow" w:hAnsi="Arial Narrow"/>
          <w:b/>
          <w:bCs/>
          <w:sz w:val="22"/>
          <w:lang w:val="sl-SI"/>
        </w:rPr>
      </w:pPr>
      <w:r w:rsidRPr="00DA518B">
        <w:rPr>
          <w:rFonts w:ascii="Arial Narrow" w:hAnsi="Arial Narrow"/>
          <w:b/>
          <w:bCs/>
          <w:sz w:val="22"/>
          <w:lang w:val="sl-SI"/>
        </w:rPr>
        <w:t>kot klasično pisemsko pošiljko na naslov: Ustanova Mali vitez, Zarnikova 3, 1000 Ljubljana</w:t>
      </w:r>
    </w:p>
    <w:p w14:paraId="56B8ABC8" w14:textId="47D769C8" w:rsidR="00BB049C" w:rsidRPr="00DA518B" w:rsidRDefault="00BB049C" w:rsidP="004A1E7D">
      <w:pPr>
        <w:spacing w:after="0"/>
        <w:jc w:val="both"/>
        <w:rPr>
          <w:rFonts w:ascii="Arial Narrow" w:hAnsi="Arial Narrow"/>
          <w:b/>
          <w:bCs/>
          <w:sz w:val="22"/>
          <w:lang w:val="sl-SI"/>
        </w:rPr>
      </w:pPr>
      <w:bookmarkStart w:id="0" w:name="_GoBack"/>
      <w:bookmarkEnd w:id="0"/>
    </w:p>
    <w:p w14:paraId="37C95115" w14:textId="5C69A880" w:rsidR="001F10FC" w:rsidRPr="00FC4A6E" w:rsidRDefault="001F10FC" w:rsidP="004A1E7D">
      <w:pPr>
        <w:spacing w:after="0"/>
        <w:jc w:val="both"/>
        <w:rPr>
          <w:rFonts w:ascii="Arial Narrow" w:hAnsi="Arial Narrow"/>
          <w:sz w:val="22"/>
          <w:lang w:val="sl-SI"/>
        </w:rPr>
      </w:pPr>
      <w:r w:rsidRPr="00DA518B">
        <w:rPr>
          <w:rFonts w:ascii="Arial Narrow" w:hAnsi="Arial Narrow"/>
          <w:b/>
          <w:bCs/>
          <w:sz w:val="22"/>
          <w:lang w:val="sl-SI"/>
        </w:rPr>
        <w:t xml:space="preserve">Upoštevali bomo izpolnjene  priiavnice, ki </w:t>
      </w:r>
      <w:r w:rsidR="0082540F">
        <w:rPr>
          <w:rFonts w:ascii="Arial Narrow" w:hAnsi="Arial Narrow"/>
          <w:b/>
          <w:bCs/>
          <w:sz w:val="22"/>
          <w:lang w:val="sl-SI"/>
        </w:rPr>
        <w:t xml:space="preserve">jih </w:t>
      </w:r>
      <w:r w:rsidRPr="00DA518B">
        <w:rPr>
          <w:rFonts w:ascii="Arial Narrow" w:hAnsi="Arial Narrow"/>
          <w:b/>
          <w:bCs/>
          <w:sz w:val="22"/>
          <w:lang w:val="sl-SI"/>
        </w:rPr>
        <w:t>bo</w:t>
      </w:r>
      <w:r w:rsidR="0082540F">
        <w:rPr>
          <w:rFonts w:ascii="Arial Narrow" w:hAnsi="Arial Narrow"/>
          <w:b/>
          <w:bCs/>
          <w:sz w:val="22"/>
          <w:lang w:val="sl-SI"/>
        </w:rPr>
        <w:t>m</w:t>
      </w:r>
      <w:r w:rsidRPr="00DA518B">
        <w:rPr>
          <w:rFonts w:ascii="Arial Narrow" w:hAnsi="Arial Narrow"/>
          <w:b/>
          <w:bCs/>
          <w:sz w:val="22"/>
          <w:lang w:val="sl-SI"/>
        </w:rPr>
        <w:t>o p</w:t>
      </w:r>
      <w:r w:rsidR="0082540F">
        <w:rPr>
          <w:rFonts w:ascii="Arial Narrow" w:hAnsi="Arial Narrow"/>
          <w:b/>
          <w:bCs/>
          <w:sz w:val="22"/>
          <w:lang w:val="sl-SI"/>
        </w:rPr>
        <w:t>rejeli</w:t>
      </w:r>
      <w:r w:rsidRPr="00DA518B">
        <w:rPr>
          <w:rFonts w:ascii="Arial Narrow" w:hAnsi="Arial Narrow"/>
          <w:b/>
          <w:bCs/>
          <w:sz w:val="22"/>
          <w:lang w:val="sl-SI"/>
        </w:rPr>
        <w:t xml:space="preserve"> do vključno </w:t>
      </w:r>
      <w:r w:rsidR="004A1D70">
        <w:rPr>
          <w:rFonts w:ascii="Arial Narrow" w:hAnsi="Arial Narrow"/>
          <w:b/>
          <w:bCs/>
          <w:sz w:val="22"/>
          <w:lang w:val="sl-SI"/>
        </w:rPr>
        <w:t>petka,</w:t>
      </w:r>
      <w:r w:rsidR="00C80B06">
        <w:rPr>
          <w:rFonts w:ascii="Arial Narrow" w:hAnsi="Arial Narrow"/>
          <w:b/>
          <w:bCs/>
          <w:sz w:val="22"/>
          <w:lang w:val="sl-SI"/>
        </w:rPr>
        <w:t xml:space="preserve"> </w:t>
      </w:r>
      <w:r w:rsidR="004A1E7D">
        <w:rPr>
          <w:rFonts w:ascii="Arial Narrow" w:hAnsi="Arial Narrow"/>
          <w:b/>
          <w:bCs/>
          <w:sz w:val="22"/>
          <w:lang w:val="sl-SI"/>
        </w:rPr>
        <w:t>11.</w:t>
      </w:r>
      <w:r w:rsidRPr="00DA518B">
        <w:rPr>
          <w:rFonts w:ascii="Arial Narrow" w:hAnsi="Arial Narrow"/>
          <w:b/>
          <w:bCs/>
          <w:sz w:val="22"/>
          <w:lang w:val="sl-SI"/>
        </w:rPr>
        <w:t xml:space="preserve"> 9. 2026.  Kandidate, ki  jih  boste pošiljali </w:t>
      </w:r>
      <w:r w:rsidR="00BB049C" w:rsidRPr="00DA518B">
        <w:rPr>
          <w:rFonts w:ascii="Arial Narrow" w:hAnsi="Arial Narrow"/>
          <w:b/>
          <w:bCs/>
          <w:sz w:val="22"/>
          <w:lang w:val="sl-SI"/>
        </w:rPr>
        <w:t xml:space="preserve"> s Pošto Slovenije,</w:t>
      </w:r>
      <w:r w:rsidRPr="00DA518B">
        <w:rPr>
          <w:rFonts w:ascii="Arial Narrow" w:hAnsi="Arial Narrow"/>
          <w:b/>
          <w:bCs/>
          <w:sz w:val="22"/>
          <w:lang w:val="sl-SI"/>
        </w:rPr>
        <w:t xml:space="preserve">  prosimo, da so pozorni </w:t>
      </w:r>
      <w:r w:rsidR="00BB049C" w:rsidRPr="00DA518B">
        <w:rPr>
          <w:rFonts w:ascii="Arial Narrow" w:hAnsi="Arial Narrow"/>
          <w:b/>
          <w:bCs/>
          <w:sz w:val="22"/>
          <w:lang w:val="sl-SI"/>
        </w:rPr>
        <w:t xml:space="preserve"> na različne roke dostave pisemskih pošiljk glede na dan in uro oddaje ter prednostne in neprednostno pošiljanje</w:t>
      </w:r>
      <w:r w:rsidR="00BB049C">
        <w:rPr>
          <w:rFonts w:ascii="Arial Narrow" w:hAnsi="Arial Narrow"/>
          <w:sz w:val="22"/>
          <w:lang w:val="sl-SI"/>
        </w:rPr>
        <w:t xml:space="preserve">. </w:t>
      </w:r>
      <w:r w:rsidRPr="00FC4A6E">
        <w:rPr>
          <w:rFonts w:ascii="Arial Narrow" w:hAnsi="Arial Narrow"/>
          <w:sz w:val="22"/>
          <w:lang w:val="sl-SI"/>
        </w:rPr>
        <w:t>:</w:t>
      </w:r>
    </w:p>
    <w:p w14:paraId="56ED8E22" w14:textId="657E77A1" w:rsidR="00007BFD" w:rsidRPr="00FC4A6E" w:rsidRDefault="005E082D" w:rsidP="004A1E7D">
      <w:pPr>
        <w:spacing w:after="0"/>
        <w:jc w:val="both"/>
        <w:rPr>
          <w:rFonts w:ascii="Arial Narrow" w:hAnsi="Arial Narrow"/>
          <w:sz w:val="22"/>
          <w:lang w:val="sl-SI"/>
        </w:rPr>
      </w:pPr>
      <w:r w:rsidRPr="00FC4A6E">
        <w:rPr>
          <w:rFonts w:ascii="Arial Narrow" w:hAnsi="Arial Narrow"/>
          <w:sz w:val="22"/>
          <w:lang w:val="sl-SI"/>
        </w:rPr>
        <w:t>Če potrebujete dodatne informacije, pišite na</w:t>
      </w:r>
      <w:r w:rsidR="006D719E">
        <w:rPr>
          <w:rFonts w:ascii="Arial Narrow" w:hAnsi="Arial Narrow"/>
          <w:sz w:val="22"/>
          <w:lang w:val="sl-SI"/>
        </w:rPr>
        <w:t xml:space="preserve"> e- </w:t>
      </w:r>
      <w:r w:rsidRPr="00FC4A6E">
        <w:rPr>
          <w:rFonts w:ascii="Arial Narrow" w:hAnsi="Arial Narrow"/>
          <w:sz w:val="22"/>
          <w:lang w:val="sl-SI"/>
        </w:rPr>
        <w:t xml:space="preserve"> </w:t>
      </w:r>
      <w:r w:rsidR="00C80B06">
        <w:rPr>
          <w:rFonts w:ascii="Arial Narrow" w:hAnsi="Arial Narrow"/>
          <w:sz w:val="22"/>
          <w:lang w:val="sl-SI"/>
        </w:rPr>
        <w:t xml:space="preserve">natasa.trbanc </w:t>
      </w:r>
      <w:r w:rsidR="006D719E">
        <w:rPr>
          <w:rFonts w:ascii="Arial Narrow" w:hAnsi="Arial Narrow"/>
          <w:sz w:val="22"/>
          <w:lang w:val="sl-SI"/>
        </w:rPr>
        <w:t>@</w:t>
      </w:r>
      <w:r w:rsidR="00C80B06">
        <w:rPr>
          <w:rFonts w:ascii="Arial Narrow" w:hAnsi="Arial Narrow"/>
          <w:sz w:val="22"/>
          <w:lang w:val="sl-SI"/>
        </w:rPr>
        <w:t xml:space="preserve">ustanova-malivitez.si </w:t>
      </w:r>
      <w:r w:rsidR="006D719E">
        <w:rPr>
          <w:rFonts w:ascii="Arial Narrow" w:hAnsi="Arial Narrow"/>
          <w:sz w:val="22"/>
          <w:lang w:val="sl-SI"/>
        </w:rPr>
        <w:t>ali p</w:t>
      </w:r>
      <w:hyperlink r:id="rId6" w:history="1"/>
      <w:r w:rsidRPr="00FC4A6E">
        <w:rPr>
          <w:rFonts w:ascii="Arial Narrow" w:hAnsi="Arial Narrow"/>
          <w:sz w:val="22"/>
          <w:lang w:val="sl-SI"/>
        </w:rPr>
        <w:t>okličite</w:t>
      </w:r>
      <w:r w:rsidR="00C80B06">
        <w:rPr>
          <w:rFonts w:ascii="Arial Narrow" w:hAnsi="Arial Narrow"/>
          <w:sz w:val="22"/>
          <w:lang w:val="sl-SI"/>
        </w:rPr>
        <w:t xml:space="preserve">  M številko 040 543 802</w:t>
      </w:r>
      <w:r w:rsidRPr="00FC4A6E">
        <w:rPr>
          <w:rFonts w:ascii="Arial Narrow" w:hAnsi="Arial Narrow"/>
          <w:sz w:val="22"/>
          <w:lang w:val="sl-SI"/>
        </w:rPr>
        <w:t xml:space="preserve"> </w:t>
      </w:r>
      <w:r w:rsidR="00C80B06">
        <w:rPr>
          <w:rFonts w:ascii="Arial Narrow" w:hAnsi="Arial Narrow"/>
          <w:sz w:val="22"/>
          <w:lang w:val="sl-SI"/>
        </w:rPr>
        <w:t xml:space="preserve">ob </w:t>
      </w:r>
      <w:r w:rsidRPr="00FC4A6E">
        <w:rPr>
          <w:rFonts w:ascii="Arial Narrow" w:hAnsi="Arial Narrow"/>
          <w:sz w:val="22"/>
          <w:lang w:val="sl-SI"/>
        </w:rPr>
        <w:t xml:space="preserve">delovnikih med </w:t>
      </w:r>
      <w:r w:rsidR="00C80B06">
        <w:rPr>
          <w:rFonts w:ascii="Arial Narrow" w:hAnsi="Arial Narrow"/>
          <w:sz w:val="22"/>
          <w:lang w:val="sl-SI"/>
        </w:rPr>
        <w:t xml:space="preserve"> 11. do  15. uro</w:t>
      </w:r>
      <w:r w:rsidRPr="00FC4A6E">
        <w:rPr>
          <w:rFonts w:ascii="Arial Narrow" w:hAnsi="Arial Narrow"/>
          <w:sz w:val="22"/>
          <w:lang w:val="sl-SI"/>
        </w:rPr>
        <w:t>.</w:t>
      </w:r>
    </w:p>
    <w:p w14:paraId="6D2133DE" w14:textId="77777777" w:rsidR="00FC4A6E" w:rsidRPr="00FC4A6E" w:rsidRDefault="00FC4A6E" w:rsidP="00FC4A6E">
      <w:pPr>
        <w:spacing w:after="0"/>
        <w:rPr>
          <w:rFonts w:ascii="Arial Narrow" w:hAnsi="Arial Narrow"/>
          <w:sz w:val="22"/>
          <w:lang w:val="sl-SI"/>
        </w:rPr>
      </w:pPr>
    </w:p>
    <w:p w14:paraId="72728BC9" w14:textId="77777777" w:rsidR="00007BFD" w:rsidRPr="00FC4A6E" w:rsidRDefault="005E082D" w:rsidP="00FC4A6E">
      <w:pPr>
        <w:spacing w:after="0"/>
        <w:rPr>
          <w:rFonts w:ascii="Arial Narrow" w:hAnsi="Arial Narrow"/>
          <w:sz w:val="22"/>
          <w:lang w:val="sl-SI"/>
        </w:rPr>
      </w:pPr>
      <w:r w:rsidRPr="00FC4A6E">
        <w:rPr>
          <w:rFonts w:ascii="Arial Narrow" w:hAnsi="Arial Narrow"/>
          <w:sz w:val="22"/>
          <w:lang w:val="sl-SI"/>
        </w:rPr>
        <w:t>Vsem udeležencem oktobrske skupinske rehabilitacije želimo prijetno druženje v Termah!</w:t>
      </w:r>
    </w:p>
    <w:p w14:paraId="34F77D85" w14:textId="77777777" w:rsidR="00FC4A6E" w:rsidRPr="00FC4A6E" w:rsidRDefault="00FC4A6E" w:rsidP="00FC4A6E">
      <w:pPr>
        <w:spacing w:after="0"/>
        <w:rPr>
          <w:rFonts w:ascii="Arial Narrow" w:hAnsi="Arial Narrow"/>
          <w:bCs/>
          <w:sz w:val="22"/>
          <w:lang w:val="sl-SI"/>
        </w:rPr>
      </w:pPr>
    </w:p>
    <w:p w14:paraId="2F698B44" w14:textId="6A658292" w:rsidR="00007BFD" w:rsidRPr="00FC4A6E" w:rsidRDefault="00FC4A6E" w:rsidP="00FC4A6E">
      <w:pPr>
        <w:spacing w:after="0"/>
        <w:rPr>
          <w:rFonts w:ascii="Arial Narrow" w:hAnsi="Arial Narrow"/>
          <w:bCs/>
          <w:sz w:val="22"/>
          <w:lang w:val="sl-SI"/>
        </w:rPr>
      </w:pPr>
      <w:r w:rsidRPr="00FC4A6E">
        <w:rPr>
          <w:rFonts w:ascii="Arial Narrow" w:hAnsi="Arial Narrow"/>
          <w:bCs/>
          <w:sz w:val="22"/>
          <w:lang w:val="sl-SI"/>
        </w:rPr>
        <w:t>P</w:t>
      </w:r>
      <w:r w:rsidR="005E082D" w:rsidRPr="00FC4A6E">
        <w:rPr>
          <w:rFonts w:ascii="Arial Narrow" w:hAnsi="Arial Narrow"/>
          <w:bCs/>
          <w:sz w:val="22"/>
          <w:lang w:val="sl-SI"/>
        </w:rPr>
        <w:t>redsednica Ustanove Mali vitez</w:t>
      </w:r>
      <w:r w:rsidR="005E082D" w:rsidRPr="00FC4A6E">
        <w:rPr>
          <w:rFonts w:ascii="Arial Narrow" w:hAnsi="Arial Narrow"/>
          <w:bCs/>
          <w:sz w:val="22"/>
          <w:lang w:val="sl-SI"/>
        </w:rPr>
        <w:br/>
        <w:t>doc. dr. Lorna Zadravec Zaletel, dr. med.</w:t>
      </w:r>
    </w:p>
    <w:sectPr w:rsidR="00007BFD" w:rsidRPr="00FC4A6E" w:rsidSect="00034616">
      <w:pgSz w:w="12240" w:h="15840"/>
      <w:pgMar w:top="1020" w:right="1020" w:bottom="907" w:left="102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4310EF4" w16cex:dateUtc="2026-08-31T11:32:00Z"/>
  <w16cex:commentExtensible w16cex:durableId="35E833C5" w16cex:dateUtc="2026-08-31T11:37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BFD"/>
    <w:rsid w:val="00034616"/>
    <w:rsid w:val="0006063C"/>
    <w:rsid w:val="00147B51"/>
    <w:rsid w:val="0015074B"/>
    <w:rsid w:val="001B1D86"/>
    <w:rsid w:val="001D240F"/>
    <w:rsid w:val="001F10FC"/>
    <w:rsid w:val="0029639D"/>
    <w:rsid w:val="002B2962"/>
    <w:rsid w:val="00326F90"/>
    <w:rsid w:val="00342C7B"/>
    <w:rsid w:val="004A1D70"/>
    <w:rsid w:val="004A1E7D"/>
    <w:rsid w:val="005E082D"/>
    <w:rsid w:val="00680A7C"/>
    <w:rsid w:val="006D719E"/>
    <w:rsid w:val="0074383D"/>
    <w:rsid w:val="0081411A"/>
    <w:rsid w:val="0082540F"/>
    <w:rsid w:val="00891C85"/>
    <w:rsid w:val="008F72E4"/>
    <w:rsid w:val="009225F5"/>
    <w:rsid w:val="00927FD7"/>
    <w:rsid w:val="00AA1D8D"/>
    <w:rsid w:val="00B263C5"/>
    <w:rsid w:val="00B47730"/>
    <w:rsid w:val="00BB049C"/>
    <w:rsid w:val="00C80B06"/>
    <w:rsid w:val="00CB0664"/>
    <w:rsid w:val="00DA518B"/>
    <w:rsid w:val="00DB3A42"/>
    <w:rsid w:val="00DD03A6"/>
    <w:rsid w:val="00DE5702"/>
    <w:rsid w:val="00F5098B"/>
    <w:rsid w:val="00F8719F"/>
    <w:rsid w:val="00FC4A6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37CAB2"/>
  <w14:defaultImageDpi w14:val="300"/>
  <w15:docId w15:val="{70C20AA5-D0A8-45B0-AE56-579A0C326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after="100" w:line="240" w:lineRule="auto"/>
    </w:pPr>
    <w:rPr>
      <w:rFonts w:ascii="Arial" w:eastAsia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FC4A6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4A6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80A7C"/>
    <w:pPr>
      <w:spacing w:after="0" w:line="240" w:lineRule="auto"/>
    </w:pPr>
    <w:rPr>
      <w:rFonts w:ascii="Arial" w:eastAsia="Arial" w:hAnsi="Arial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80B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0B06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0B06"/>
    <w:rPr>
      <w:rFonts w:ascii="Arial" w:eastAsia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0B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0B06"/>
    <w:rPr>
      <w:rFonts w:ascii="Arial" w:eastAsia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96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962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4C6B64-1C4D-4584-B704-018BC7A31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4461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</cp:lastModifiedBy>
  <cp:revision>3</cp:revision>
  <dcterms:created xsi:type="dcterms:W3CDTF">2026-09-02T06:24:00Z</dcterms:created>
  <dcterms:modified xsi:type="dcterms:W3CDTF">2026-09-02T06:34:00Z</dcterms:modified>
  <cp:category/>
</cp:coreProperties>
</file>